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4CDE" w:rsidRPr="000F4101" w:rsidRDefault="00687BD5">
      <w:pPr>
        <w:pStyle w:val="Titre"/>
        <w:rPr>
          <w:rFonts w:hint="eastAsia"/>
          <w:lang w:val="fr-FR"/>
        </w:rPr>
      </w:pPr>
      <w:r w:rsidRPr="000F4101">
        <w:rPr>
          <w:rFonts w:eastAsia="Space Mono" w:cs="Space Mono"/>
          <w:highlight w:val="green"/>
          <w:lang w:val="fr-FR"/>
        </w:rPr>
        <w:t xml:space="preserve">Product </w:t>
      </w:r>
      <w:proofErr w:type="spellStart"/>
      <w:r w:rsidRPr="000F4101">
        <w:rPr>
          <w:rFonts w:eastAsia="Space Mono" w:cs="Space Mono"/>
          <w:highlight w:val="green"/>
          <w:lang w:val="fr-FR"/>
        </w:rPr>
        <w:t>Owner</w:t>
      </w:r>
      <w:proofErr w:type="spellEnd"/>
      <w:r w:rsidRPr="000F4101">
        <w:rPr>
          <w:rFonts w:eastAsia="Space Mono" w:cs="Space Mono"/>
          <w:highlight w:val="green"/>
          <w:lang w:val="fr-FR"/>
        </w:rPr>
        <w:t xml:space="preserve"> technique</w:t>
      </w:r>
    </w:p>
    <w:p w:rsidR="00984CDE" w:rsidRPr="000F4101" w:rsidRDefault="00687BD5">
      <w:pPr>
        <w:pStyle w:val="Sous-titre"/>
        <w:spacing w:after="280"/>
        <w:rPr>
          <w:rFonts w:hint="eastAsia"/>
          <w:lang w:val="fr-FR"/>
        </w:rPr>
      </w:pPr>
      <w:r w:rsidRPr="000F4101">
        <w:rPr>
          <w:rFonts w:eastAsia="Space Mono" w:cs="Space Mono"/>
          <w:lang w:val="fr-FR"/>
        </w:rPr>
        <w:t xml:space="preserve">Candidature </w:t>
      </w:r>
      <w:proofErr w:type="spellStart"/>
      <w:r w:rsidRPr="000F4101">
        <w:rPr>
          <w:rFonts w:eastAsia="Space Mono" w:cs="Space Mono"/>
          <w:lang w:val="fr-FR"/>
        </w:rPr>
        <w:t>anony</w:t>
      </w:r>
      <w:bookmarkStart w:id="0" w:name="_GoBack"/>
      <w:bookmarkEnd w:id="0"/>
      <w:r w:rsidRPr="000F4101">
        <w:rPr>
          <w:rFonts w:eastAsia="Space Mono" w:cs="Space Mono"/>
          <w:lang w:val="fr-FR"/>
        </w:rPr>
        <w:t>misée</w:t>
      </w:r>
      <w:proofErr w:type="spellEnd"/>
    </w:p>
    <w:p w:rsidR="00984CDE" w:rsidRPr="000F4101" w:rsidRDefault="00687BD5">
      <w:pPr>
        <w:rPr>
          <w:rFonts w:hint="eastAsia"/>
          <w:lang w:val="fr-FR"/>
        </w:rPr>
      </w:pPr>
      <w:r w:rsidRPr="000F4101">
        <w:rPr>
          <w:rFonts w:eastAsia="Space Mono" w:cs="Space Mono"/>
          <w:lang w:val="fr-FR"/>
        </w:rPr>
        <w:t xml:space="preserve">Professionnel du </w:t>
      </w:r>
      <w:r w:rsidRPr="000F4101">
        <w:rPr>
          <w:rFonts w:eastAsia="Space Mono" w:cs="Space Mono"/>
          <w:highlight w:val="green"/>
          <w:lang w:val="fr-FR"/>
        </w:rPr>
        <w:t>logiciel depuis 15 ans</w:t>
      </w:r>
      <w:r w:rsidRPr="000F4101">
        <w:rPr>
          <w:rFonts w:eastAsia="Space Mono" w:cs="Space Mono"/>
          <w:lang w:val="fr-FR"/>
        </w:rPr>
        <w:t xml:space="preserve">, j’ai construit mon parcours entre </w:t>
      </w:r>
      <w:r w:rsidRPr="000F4101">
        <w:rPr>
          <w:rFonts w:eastAsia="Space Mono" w:cs="Space Mono"/>
          <w:highlight w:val="green"/>
          <w:lang w:val="fr-FR"/>
        </w:rPr>
        <w:t>développement, analyse fonctionnelle et gestion de projet</w:t>
      </w:r>
      <w:r w:rsidRPr="000F4101">
        <w:rPr>
          <w:rFonts w:eastAsia="Space Mono" w:cs="Space Mono"/>
          <w:lang w:val="fr-FR"/>
        </w:rPr>
        <w:t>. Ancien associé cogérant d’une ESN, j’ai conduit des projets applicatifs de</w:t>
      </w:r>
      <w:r w:rsidRPr="000F4101">
        <w:rPr>
          <w:rFonts w:eastAsia="Space Mono" w:cs="Space Mono"/>
          <w:lang w:val="fr-FR"/>
        </w:rPr>
        <w:t xml:space="preserve"> bout en bout, </w:t>
      </w:r>
      <w:r w:rsidRPr="000F4101">
        <w:rPr>
          <w:rFonts w:eastAsia="Space Mono" w:cs="Space Mono"/>
          <w:highlight w:val="green"/>
          <w:lang w:val="fr-FR"/>
        </w:rPr>
        <w:t>en relation directe avec les clients et utilisateurs</w:t>
      </w:r>
      <w:r w:rsidRPr="000F4101">
        <w:rPr>
          <w:rFonts w:eastAsia="Space Mono" w:cs="Space Mono"/>
          <w:lang w:val="fr-FR"/>
        </w:rPr>
        <w:t xml:space="preserve">. Mon expérience </w:t>
      </w:r>
      <w:r w:rsidRPr="000F4101">
        <w:rPr>
          <w:rFonts w:eastAsia="Space Mono" w:cs="Space Mono"/>
          <w:highlight w:val="green"/>
          <w:lang w:val="fr-FR"/>
        </w:rPr>
        <w:t>technique et fonctionnelle</w:t>
      </w:r>
      <w:r w:rsidRPr="000F4101">
        <w:rPr>
          <w:rFonts w:eastAsia="Space Mono" w:cs="Space Mono"/>
          <w:lang w:val="fr-FR"/>
        </w:rPr>
        <w:t xml:space="preserve"> m’aide à relier les enjeux métier au produit.</w:t>
      </w:r>
    </w:p>
    <w:p w:rsidR="00984CDE" w:rsidRDefault="00687BD5">
      <w:pPr>
        <w:pStyle w:val="CVSection"/>
        <w:rPr>
          <w:rFonts w:hint="eastAsia"/>
        </w:rPr>
      </w:pPr>
      <w:proofErr w:type="spellStart"/>
      <w:r>
        <w:rPr>
          <w:rFonts w:eastAsia="Space Mono" w:cs="Space Mono"/>
        </w:rPr>
        <w:t>Compétences</w:t>
      </w:r>
      <w:proofErr w:type="spellEnd"/>
      <w:r>
        <w:rPr>
          <w:rFonts w:eastAsia="Space Mono" w:cs="Space Mono"/>
        </w:rPr>
        <w:t xml:space="preserve"> </w:t>
      </w:r>
      <w:proofErr w:type="spellStart"/>
      <w:r>
        <w:rPr>
          <w:rFonts w:eastAsia="Space Mono" w:cs="Space Mono"/>
        </w:rPr>
        <w:t>clés</w:t>
      </w:r>
      <w:proofErr w:type="spellEnd"/>
    </w:p>
    <w:p w:rsidR="00984CDE" w:rsidRPr="000F4101" w:rsidRDefault="00687BD5">
      <w:pPr>
        <w:pStyle w:val="CVSkills"/>
        <w:rPr>
          <w:rFonts w:hint="eastAsia"/>
          <w:lang w:val="fr-FR"/>
        </w:rPr>
      </w:pPr>
      <w:r w:rsidRPr="000F4101">
        <w:rPr>
          <w:rFonts w:eastAsia="Space Mono" w:cs="Space Mono"/>
          <w:lang w:val="fr-FR"/>
        </w:rPr>
        <w:t>Recueil et clarification des besoins · Analyse des processus et règles métier · Ar</w:t>
      </w:r>
      <w:r w:rsidRPr="000F4101">
        <w:rPr>
          <w:rFonts w:eastAsia="Space Mono" w:cs="Space Mono"/>
          <w:lang w:val="fr-FR"/>
        </w:rPr>
        <w:t xml:space="preserve">bitrages fonctionnels · User Stories et critères d'acceptation · Recette · Relation parties prenantes · Coordination métier/technique · Méthodes agiles </w:t>
      </w:r>
      <w:proofErr w:type="spellStart"/>
      <w:r w:rsidRPr="000F4101">
        <w:rPr>
          <w:rFonts w:eastAsia="Space Mono" w:cs="Space Mono"/>
          <w:lang w:val="fr-FR"/>
        </w:rPr>
        <w:t>Scrum</w:t>
      </w:r>
      <w:proofErr w:type="spellEnd"/>
      <w:r w:rsidRPr="000F4101">
        <w:rPr>
          <w:rFonts w:eastAsia="Space Mono" w:cs="Space Mono"/>
          <w:lang w:val="fr-FR"/>
        </w:rPr>
        <w:t> / Kanban.</w:t>
      </w:r>
    </w:p>
    <w:p w:rsidR="00984CDE" w:rsidRPr="000F4101" w:rsidRDefault="00687BD5">
      <w:pPr>
        <w:pStyle w:val="CVSkills"/>
        <w:rPr>
          <w:rFonts w:hint="eastAsia"/>
          <w:lang w:val="fr-FR"/>
        </w:rPr>
      </w:pPr>
      <w:r w:rsidRPr="000F4101">
        <w:rPr>
          <w:rFonts w:eastAsia="Space Mono" w:cs="Space Mono"/>
          <w:lang w:val="fr-FR"/>
        </w:rPr>
        <w:t>Analyse · Écoute · Force de proposition · Autonomie · Coopération · Pragmatisme · Esprit</w:t>
      </w:r>
      <w:r w:rsidRPr="000F4101">
        <w:rPr>
          <w:rFonts w:eastAsia="Space Mono" w:cs="Space Mono"/>
          <w:lang w:val="fr-FR"/>
        </w:rPr>
        <w:t xml:space="preserve"> critique · Communication · Pédagogie · Empathie · Enthousiasme</w:t>
      </w:r>
    </w:p>
    <w:p w:rsidR="00984CDE" w:rsidRPr="000F4101" w:rsidRDefault="00687BD5">
      <w:pPr>
        <w:pStyle w:val="CVSection"/>
        <w:rPr>
          <w:rFonts w:hint="eastAsia"/>
          <w:lang w:val="fr-FR"/>
        </w:rPr>
      </w:pPr>
      <w:r w:rsidRPr="000F4101">
        <w:rPr>
          <w:rFonts w:eastAsia="Space Mono" w:cs="Space Mono"/>
          <w:lang w:val="fr-FR"/>
        </w:rPr>
        <w:t>Expérience professionnelle</w:t>
      </w:r>
    </w:p>
    <w:p w:rsidR="00984CDE" w:rsidRPr="000F4101" w:rsidRDefault="00687BD5">
      <w:pPr>
        <w:pStyle w:val="CVJob"/>
        <w:keepNext/>
        <w:tabs>
          <w:tab w:val="right" w:pos="9346"/>
        </w:tabs>
        <w:spacing w:before="240" w:after="80"/>
        <w:rPr>
          <w:rFonts w:hint="eastAsia"/>
          <w:lang w:val="fr-FR"/>
        </w:rPr>
      </w:pPr>
      <w:r w:rsidRPr="000F4101">
        <w:rPr>
          <w:rFonts w:eastAsia="Space Mono" w:cs="Space Mono"/>
          <w:lang w:val="fr-FR"/>
        </w:rPr>
        <w:t>Activité freelance</w:t>
      </w:r>
      <w:r w:rsidRPr="000F4101">
        <w:rPr>
          <w:rFonts w:eastAsia="Space Mono" w:cs="Space Mono"/>
          <w:lang w:val="fr-FR"/>
        </w:rPr>
        <w:tab/>
      </w:r>
      <w:r w:rsidRPr="000F4101">
        <w:rPr>
          <w:rFonts w:eastAsia="Space Mono" w:cs="Space Mono"/>
          <w:sz w:val="15"/>
          <w:lang w:val="fr-FR"/>
        </w:rPr>
        <w:t>JANV. 2026 → AUJOURD’HUI</w:t>
      </w:r>
    </w:p>
    <w:p w:rsidR="00984CDE" w:rsidRPr="000F4101" w:rsidRDefault="00687BD5">
      <w:pPr>
        <w:pStyle w:val="Small"/>
        <w:rPr>
          <w:rFonts w:hint="eastAsia"/>
          <w:lang w:val="fr-FR"/>
        </w:rPr>
      </w:pPr>
      <w:r w:rsidRPr="000F4101">
        <w:rPr>
          <w:rFonts w:eastAsia="Space Mono" w:cs="Space Mono"/>
          <w:lang w:val="fr-FR"/>
        </w:rPr>
        <w:t xml:space="preserve">Product </w:t>
      </w:r>
      <w:proofErr w:type="spellStart"/>
      <w:r w:rsidRPr="000F4101">
        <w:rPr>
          <w:rFonts w:eastAsia="Space Mono" w:cs="Space Mono"/>
          <w:lang w:val="fr-FR"/>
        </w:rPr>
        <w:t>Owner</w:t>
      </w:r>
      <w:proofErr w:type="spellEnd"/>
      <w:r w:rsidRPr="000F4101">
        <w:rPr>
          <w:rFonts w:eastAsia="Space Mono" w:cs="Space Mono"/>
          <w:lang w:val="fr-FR"/>
        </w:rPr>
        <w:t xml:space="preserve"> technique · Chef de projet technique</w:t>
      </w:r>
    </w:p>
    <w:p w:rsidR="00984CDE" w:rsidRPr="000F4101" w:rsidRDefault="00687BD5">
      <w:pPr>
        <w:pStyle w:val="Bullet"/>
        <w:rPr>
          <w:rFonts w:hint="eastAsia"/>
          <w:lang w:val="fr-FR"/>
        </w:rPr>
      </w:pPr>
      <w:r w:rsidRPr="000F4101">
        <w:rPr>
          <w:rFonts w:eastAsia="Space Mono" w:cs="Space Mono"/>
          <w:lang w:val="fr-FR"/>
        </w:rPr>
        <w:t xml:space="preserve">- </w:t>
      </w:r>
      <w:r w:rsidRPr="000F4101">
        <w:rPr>
          <w:rFonts w:eastAsia="Space Mono" w:cs="Space Mono"/>
          <w:highlight w:val="green"/>
          <w:lang w:val="fr-FR"/>
        </w:rPr>
        <w:t>Cadrage fonctionnel</w:t>
      </w:r>
      <w:r w:rsidRPr="000F4101">
        <w:rPr>
          <w:rFonts w:eastAsia="Space Mono" w:cs="Space Mono"/>
          <w:lang w:val="fr-FR"/>
        </w:rPr>
        <w:t xml:space="preserve"> d'outils métier et data, réalisation : clarifica</w:t>
      </w:r>
      <w:r w:rsidRPr="000F4101">
        <w:rPr>
          <w:rFonts w:eastAsia="Space Mono" w:cs="Space Mono"/>
          <w:lang w:val="fr-FR"/>
        </w:rPr>
        <w:t xml:space="preserve">tion des besoins, règles de gestion, cas limites et </w:t>
      </w:r>
      <w:r w:rsidRPr="000F4101">
        <w:rPr>
          <w:rFonts w:eastAsia="Space Mono" w:cs="Space Mono"/>
          <w:highlight w:val="green"/>
          <w:lang w:val="fr-FR"/>
        </w:rPr>
        <w:t>échanges métier/technique</w:t>
      </w:r>
      <w:r w:rsidRPr="000F4101">
        <w:rPr>
          <w:rFonts w:eastAsia="Space Mono" w:cs="Space Mono"/>
          <w:lang w:val="fr-FR"/>
        </w:rPr>
        <w:t>. Développement.</w:t>
      </w:r>
    </w:p>
    <w:p w:rsidR="00984CDE" w:rsidRPr="000F4101" w:rsidRDefault="00687BD5">
      <w:pPr>
        <w:pStyle w:val="CVJob"/>
        <w:keepNext/>
        <w:tabs>
          <w:tab w:val="right" w:pos="9346"/>
        </w:tabs>
        <w:spacing w:before="430" w:after="80"/>
        <w:rPr>
          <w:rFonts w:hint="eastAsia"/>
          <w:lang w:val="fr-FR"/>
        </w:rPr>
      </w:pPr>
      <w:r w:rsidRPr="000F4101">
        <w:rPr>
          <w:rFonts w:eastAsia="Space Mono" w:cs="Space Mono"/>
          <w:lang w:val="fr-FR"/>
        </w:rPr>
        <w:t>Groupe de santé</w:t>
      </w:r>
      <w:r w:rsidRPr="000F4101">
        <w:rPr>
          <w:rFonts w:eastAsia="Space Mono" w:cs="Space Mono"/>
          <w:lang w:val="fr-FR"/>
        </w:rPr>
        <w:tab/>
      </w:r>
      <w:r w:rsidRPr="000F4101">
        <w:rPr>
          <w:rFonts w:eastAsia="Space Mono" w:cs="Space Mono"/>
          <w:sz w:val="15"/>
          <w:lang w:val="fr-FR"/>
        </w:rPr>
        <w:t>OCT. 2021 → JANV. 2026</w:t>
      </w:r>
    </w:p>
    <w:p w:rsidR="00984CDE" w:rsidRPr="000F4101" w:rsidRDefault="00687BD5">
      <w:pPr>
        <w:pStyle w:val="Small"/>
        <w:rPr>
          <w:rFonts w:hint="eastAsia"/>
          <w:lang w:val="fr-FR"/>
        </w:rPr>
      </w:pPr>
      <w:r w:rsidRPr="000F4101">
        <w:rPr>
          <w:rFonts w:eastAsia="Space Mono" w:cs="Space Mono"/>
          <w:lang w:val="fr-FR"/>
        </w:rPr>
        <w:t>Développeur back-end · CDI · 100 % à distance</w:t>
      </w:r>
    </w:p>
    <w:p w:rsidR="00984CDE" w:rsidRPr="000F4101" w:rsidRDefault="00687BD5">
      <w:pPr>
        <w:pStyle w:val="Bullet"/>
        <w:rPr>
          <w:rFonts w:hint="eastAsia"/>
          <w:lang w:val="fr-FR"/>
        </w:rPr>
      </w:pPr>
      <w:r w:rsidRPr="000F4101">
        <w:rPr>
          <w:rFonts w:eastAsia="Space Mono" w:cs="Space Mono"/>
          <w:lang w:val="fr-FR"/>
        </w:rPr>
        <w:t xml:space="preserve">- Développement et maintenance d'API métier au sein d'une </w:t>
      </w:r>
      <w:r w:rsidRPr="000F4101">
        <w:rPr>
          <w:rFonts w:eastAsia="Space Mono" w:cs="Space Mono"/>
          <w:highlight w:val="green"/>
          <w:lang w:val="fr-FR"/>
        </w:rPr>
        <w:t xml:space="preserve">équipe </w:t>
      </w:r>
      <w:r w:rsidRPr="000F4101">
        <w:rPr>
          <w:rFonts w:eastAsia="Space Mono" w:cs="Space Mono"/>
          <w:highlight w:val="green"/>
          <w:lang w:val="fr-FR"/>
        </w:rPr>
        <w:t>agil</w:t>
      </w:r>
      <w:r w:rsidRPr="000F4101">
        <w:rPr>
          <w:rFonts w:eastAsia="Space Mono" w:cs="Space Mono"/>
          <w:highlight w:val="green"/>
          <w:lang w:val="fr-FR"/>
        </w:rPr>
        <w:t>e</w:t>
      </w:r>
      <w:r w:rsidRPr="000F4101">
        <w:rPr>
          <w:rFonts w:eastAsia="Space Mono" w:cs="Space Mono"/>
          <w:lang w:val="fr-FR"/>
        </w:rPr>
        <w:t xml:space="preserve"> de huit personnes (</w:t>
      </w:r>
      <w:proofErr w:type="spellStart"/>
      <w:r w:rsidRPr="000F4101">
        <w:rPr>
          <w:rFonts w:eastAsia="Space Mono" w:cs="Space Mono"/>
          <w:highlight w:val="green"/>
          <w:lang w:val="fr-FR"/>
        </w:rPr>
        <w:t>Scrum</w:t>
      </w:r>
      <w:proofErr w:type="spellEnd"/>
      <w:r w:rsidRPr="000F4101">
        <w:rPr>
          <w:rFonts w:eastAsia="Space Mono" w:cs="Space Mono"/>
          <w:highlight w:val="green"/>
          <w:lang w:val="fr-FR"/>
        </w:rPr>
        <w:t xml:space="preserve"> puis </w:t>
      </w:r>
      <w:proofErr w:type="spellStart"/>
      <w:r w:rsidRPr="000F4101">
        <w:rPr>
          <w:rFonts w:eastAsia="Space Mono" w:cs="Space Mono"/>
          <w:highlight w:val="green"/>
          <w:lang w:val="fr-FR"/>
        </w:rPr>
        <w:t>Kanplan</w:t>
      </w:r>
      <w:proofErr w:type="spellEnd"/>
      <w:r w:rsidRPr="000F4101">
        <w:rPr>
          <w:rFonts w:eastAsia="Space Mono" w:cs="Space Mono"/>
          <w:lang w:val="fr-FR"/>
        </w:rPr>
        <w:t>).</w:t>
      </w:r>
    </w:p>
    <w:p w:rsidR="00984CDE" w:rsidRPr="000F4101" w:rsidRDefault="00687BD5">
      <w:pPr>
        <w:pStyle w:val="Bullet"/>
        <w:rPr>
          <w:rFonts w:hint="eastAsia"/>
          <w:lang w:val="fr-FR"/>
        </w:rPr>
      </w:pPr>
      <w:r w:rsidRPr="000F4101">
        <w:rPr>
          <w:rFonts w:eastAsia="Space Mono" w:cs="Space Mono"/>
          <w:lang w:val="fr-FR"/>
        </w:rPr>
        <w:t>- Affinage des User Stories et critères d'acceptation, analyse des règles métier, tests automatisés, revues de code et recettes métier.</w:t>
      </w:r>
    </w:p>
    <w:p w:rsidR="00984CDE" w:rsidRPr="000F4101" w:rsidRDefault="00687BD5">
      <w:pPr>
        <w:pStyle w:val="CVJob"/>
        <w:keepNext/>
        <w:keepLines/>
        <w:tabs>
          <w:tab w:val="right" w:pos="9346"/>
        </w:tabs>
        <w:spacing w:before="430" w:after="80"/>
        <w:rPr>
          <w:rFonts w:hint="eastAsia"/>
          <w:lang w:val="fr-FR"/>
        </w:rPr>
      </w:pPr>
      <w:r w:rsidRPr="000F4101">
        <w:rPr>
          <w:rFonts w:eastAsia="Space Mono" w:cs="Space Mono"/>
          <w:lang w:val="fr-FR"/>
        </w:rPr>
        <w:t xml:space="preserve">ESN · </w:t>
      </w:r>
      <w:r w:rsidRPr="000F4101">
        <w:rPr>
          <w:rFonts w:eastAsia="Space Mono" w:cs="Space Mono"/>
          <w:highlight w:val="green"/>
          <w:lang w:val="fr-FR"/>
        </w:rPr>
        <w:t>Associé cogérant</w:t>
      </w:r>
      <w:r w:rsidRPr="000F4101">
        <w:rPr>
          <w:rFonts w:eastAsia="Space Mono" w:cs="Space Mono"/>
          <w:lang w:val="fr-FR"/>
        </w:rPr>
        <w:tab/>
      </w:r>
      <w:r w:rsidRPr="000F4101">
        <w:rPr>
          <w:rFonts w:eastAsia="Space Mono" w:cs="Space Mono"/>
          <w:sz w:val="15"/>
          <w:lang w:val="fr-FR"/>
        </w:rPr>
        <w:t>FÉV. 2015 → FÉV. 2022</w:t>
      </w:r>
    </w:p>
    <w:p w:rsidR="00984CDE" w:rsidRPr="000F4101" w:rsidRDefault="00687BD5">
      <w:pPr>
        <w:pStyle w:val="Small"/>
        <w:keepNext/>
        <w:keepLines/>
        <w:rPr>
          <w:rFonts w:hint="eastAsia"/>
          <w:lang w:val="fr-FR"/>
        </w:rPr>
      </w:pPr>
      <w:r w:rsidRPr="000F4101">
        <w:rPr>
          <w:rFonts w:eastAsia="Space Mono" w:cs="Space Mono"/>
          <w:lang w:val="fr-FR"/>
        </w:rPr>
        <w:t>Chef de projet · Développeur seni</w:t>
      </w:r>
      <w:r w:rsidRPr="000F4101">
        <w:rPr>
          <w:rFonts w:eastAsia="Space Mono" w:cs="Space Mono"/>
          <w:lang w:val="fr-FR"/>
        </w:rPr>
        <w:t>or · Associé cogérant</w:t>
      </w:r>
    </w:p>
    <w:p w:rsidR="00984CDE" w:rsidRPr="000F4101" w:rsidRDefault="00687BD5">
      <w:pPr>
        <w:pStyle w:val="Bullet"/>
        <w:keepNext/>
        <w:keepLines/>
        <w:rPr>
          <w:rFonts w:hint="eastAsia"/>
          <w:lang w:val="fr-FR"/>
        </w:rPr>
      </w:pPr>
      <w:r w:rsidRPr="000F4101">
        <w:rPr>
          <w:rFonts w:eastAsia="Space Mono" w:cs="Space Mono"/>
          <w:lang w:val="fr-FR"/>
        </w:rPr>
        <w:t xml:space="preserve">- </w:t>
      </w:r>
      <w:r w:rsidRPr="000F4101">
        <w:rPr>
          <w:rFonts w:eastAsia="Space Mono" w:cs="Space Mono"/>
          <w:lang w:val="fr-FR"/>
        </w:rPr>
        <w:t xml:space="preserve">Pilotage de </w:t>
      </w:r>
      <w:r w:rsidRPr="000F4101">
        <w:rPr>
          <w:rFonts w:eastAsia="Space Mono" w:cs="Space Mono"/>
          <w:highlight w:val="green"/>
          <w:lang w:val="fr-FR"/>
        </w:rPr>
        <w:t>projets applicatifs de bout en bout</w:t>
      </w:r>
      <w:r w:rsidRPr="000F4101">
        <w:rPr>
          <w:rFonts w:eastAsia="Space Mono" w:cs="Space Mono"/>
          <w:lang w:val="fr-FR"/>
        </w:rPr>
        <w:t xml:space="preserve"> : relation client, cadrage, chiffrage, conception, réalisation et déploiement</w:t>
      </w:r>
      <w:r w:rsidRPr="000F4101">
        <w:rPr>
          <w:rFonts w:eastAsia="Space Mono" w:cs="Space Mono"/>
          <w:lang w:val="fr-FR"/>
        </w:rPr>
        <w:t>.</w:t>
      </w:r>
    </w:p>
    <w:p w:rsidR="00984CDE" w:rsidRPr="000F4101" w:rsidRDefault="00687BD5">
      <w:pPr>
        <w:pStyle w:val="Bullet"/>
        <w:keepNext/>
        <w:keepLines/>
        <w:rPr>
          <w:rFonts w:hint="eastAsia"/>
          <w:lang w:val="fr-FR"/>
        </w:rPr>
      </w:pPr>
      <w:r w:rsidRPr="000F4101">
        <w:rPr>
          <w:rFonts w:eastAsia="Space Mono" w:cs="Space Mono"/>
          <w:lang w:val="fr-FR"/>
        </w:rPr>
        <w:t>- Conseil, audits techniques et RGPD, migrations et accompagnement des utilisateurs.</w:t>
      </w:r>
    </w:p>
    <w:p w:rsidR="00984CDE" w:rsidRPr="000F4101" w:rsidRDefault="00687BD5">
      <w:pPr>
        <w:pStyle w:val="Bullet"/>
        <w:keepLines/>
        <w:rPr>
          <w:rFonts w:hint="eastAsia"/>
          <w:lang w:val="fr-FR"/>
        </w:rPr>
      </w:pPr>
      <w:r w:rsidRPr="000F4101">
        <w:rPr>
          <w:rFonts w:eastAsia="Space Mono" w:cs="Space Mono"/>
          <w:lang w:val="fr-FR"/>
        </w:rPr>
        <w:t xml:space="preserve">- </w:t>
      </w:r>
      <w:r w:rsidRPr="000F4101">
        <w:rPr>
          <w:rFonts w:eastAsia="Space Mono" w:cs="Space Mono"/>
          <w:highlight w:val="green"/>
          <w:lang w:val="fr-FR"/>
        </w:rPr>
        <w:t>Cogérance</w:t>
      </w:r>
      <w:r w:rsidRPr="000F4101">
        <w:rPr>
          <w:rFonts w:eastAsia="Space Mono" w:cs="Space Mono"/>
          <w:lang w:val="fr-FR"/>
        </w:rPr>
        <w:t xml:space="preserve"> de 2015 </w:t>
      </w:r>
      <w:r w:rsidRPr="000F4101">
        <w:rPr>
          <w:rFonts w:eastAsia="Space Mono" w:cs="Space Mono"/>
          <w:lang w:val="fr-FR"/>
        </w:rPr>
        <w:t xml:space="preserve">à 2021 : </w:t>
      </w:r>
      <w:r w:rsidRPr="000F4101">
        <w:rPr>
          <w:rFonts w:eastAsia="Space Mono" w:cs="Space Mono"/>
          <w:highlight w:val="green"/>
          <w:lang w:val="fr-FR"/>
        </w:rPr>
        <w:t>avant-vente, gestion</w:t>
      </w:r>
      <w:r w:rsidR="000F4101">
        <w:rPr>
          <w:rFonts w:eastAsia="Space Mono" w:cs="Space Mono"/>
          <w:highlight w:val="green"/>
          <w:lang w:val="fr-FR"/>
        </w:rPr>
        <w:t xml:space="preserve"> administrative et commerciale, </w:t>
      </w:r>
      <w:r w:rsidRPr="000F4101">
        <w:rPr>
          <w:rFonts w:eastAsia="Space Mono" w:cs="Space Mono"/>
          <w:highlight w:val="green"/>
          <w:lang w:val="fr-FR"/>
        </w:rPr>
        <w:t>management</w:t>
      </w:r>
      <w:r w:rsidRPr="000F4101">
        <w:rPr>
          <w:rFonts w:eastAsia="Space Mono" w:cs="Space Mono"/>
          <w:lang w:val="fr-FR"/>
        </w:rPr>
        <w:t>.</w:t>
      </w:r>
    </w:p>
    <w:p w:rsidR="00984CDE" w:rsidRPr="000F4101" w:rsidRDefault="00687BD5">
      <w:pPr>
        <w:pStyle w:val="CVJob"/>
        <w:keepNext/>
        <w:keepLines/>
        <w:tabs>
          <w:tab w:val="right" w:pos="9346"/>
        </w:tabs>
        <w:spacing w:before="120" w:after="80"/>
        <w:rPr>
          <w:rFonts w:hint="eastAsia"/>
          <w:lang w:val="fr-FR"/>
        </w:rPr>
      </w:pPr>
      <w:r w:rsidRPr="000F4101">
        <w:rPr>
          <w:rFonts w:eastAsia="Space Mono" w:cs="Space Mono"/>
          <w:lang w:val="fr-FR"/>
        </w:rPr>
        <w:t>ESN</w:t>
      </w:r>
      <w:r w:rsidRPr="000F4101">
        <w:rPr>
          <w:rFonts w:eastAsia="Space Mono" w:cs="Space Mono"/>
          <w:lang w:val="fr-FR"/>
        </w:rPr>
        <w:tab/>
      </w:r>
      <w:r w:rsidRPr="000F4101">
        <w:rPr>
          <w:rFonts w:eastAsia="Space Mono" w:cs="Space Mono"/>
          <w:sz w:val="15"/>
          <w:lang w:val="fr-FR"/>
        </w:rPr>
        <w:t>JANV. 2011 → JANV. 2015</w:t>
      </w:r>
    </w:p>
    <w:p w:rsidR="00984CDE" w:rsidRPr="000F4101" w:rsidRDefault="00687BD5">
      <w:pPr>
        <w:pStyle w:val="Small"/>
        <w:keepNext/>
        <w:keepLines/>
        <w:rPr>
          <w:rFonts w:hint="eastAsia"/>
          <w:lang w:val="fr-FR"/>
        </w:rPr>
      </w:pPr>
      <w:r w:rsidRPr="000F4101">
        <w:rPr>
          <w:rFonts w:eastAsia="Space Mono" w:cs="Space Mono"/>
          <w:lang w:val="fr-FR"/>
        </w:rPr>
        <w:t>Analyste fonctionnel · Développeur</w:t>
      </w:r>
    </w:p>
    <w:p w:rsidR="00984CDE" w:rsidRPr="000F4101" w:rsidRDefault="00687BD5">
      <w:pPr>
        <w:pStyle w:val="Bullet"/>
        <w:keepLines/>
        <w:rPr>
          <w:rFonts w:hint="eastAsia"/>
          <w:lang w:val="fr-FR"/>
        </w:rPr>
      </w:pPr>
      <w:r w:rsidRPr="000F4101">
        <w:rPr>
          <w:rFonts w:eastAsia="Space Mono" w:cs="Space Mono"/>
          <w:lang w:val="fr-FR"/>
        </w:rPr>
        <w:t xml:space="preserve">- </w:t>
      </w:r>
      <w:r w:rsidRPr="009D2BA4">
        <w:rPr>
          <w:rFonts w:eastAsia="Space Mono" w:cs="Space Mono"/>
          <w:highlight w:val="green"/>
          <w:lang w:val="fr-FR"/>
        </w:rPr>
        <w:t>Gestion autonome de projets</w:t>
      </w:r>
      <w:r w:rsidRPr="000F4101">
        <w:rPr>
          <w:rFonts w:eastAsia="Space Mono" w:cs="Space Mono"/>
          <w:lang w:val="fr-FR"/>
        </w:rPr>
        <w:t xml:space="preserve"> applicatifs, de </w:t>
      </w:r>
      <w:r w:rsidRPr="009D2BA4">
        <w:rPr>
          <w:rFonts w:eastAsia="Space Mono" w:cs="Space Mono"/>
          <w:highlight w:val="green"/>
          <w:lang w:val="fr-FR"/>
        </w:rPr>
        <w:t>l'analyse des besoins</w:t>
      </w:r>
      <w:r w:rsidRPr="000F4101">
        <w:rPr>
          <w:rFonts w:eastAsia="Space Mono" w:cs="Space Mono"/>
          <w:lang w:val="fr-FR"/>
        </w:rPr>
        <w:t xml:space="preserve"> à la maintenance, avec </w:t>
      </w:r>
      <w:r w:rsidRPr="000F4101">
        <w:rPr>
          <w:rFonts w:eastAsia="Space Mono" w:cs="Space Mono"/>
          <w:lang w:val="fr-FR"/>
        </w:rPr>
        <w:t xml:space="preserve">accompagnement des utilisateurs et </w:t>
      </w:r>
      <w:r w:rsidRPr="009D2BA4">
        <w:rPr>
          <w:rFonts w:eastAsia="Space Mono" w:cs="Space Mono"/>
          <w:highlight w:val="green"/>
          <w:lang w:val="fr-FR"/>
        </w:rPr>
        <w:t>relation client</w:t>
      </w:r>
      <w:r w:rsidRPr="000F4101">
        <w:rPr>
          <w:rFonts w:eastAsia="Space Mono" w:cs="Space Mono"/>
          <w:lang w:val="fr-FR"/>
        </w:rPr>
        <w:t xml:space="preserve"> en français et </w:t>
      </w:r>
      <w:r w:rsidRPr="009D2BA4">
        <w:rPr>
          <w:rFonts w:eastAsia="Space Mono" w:cs="Space Mono"/>
          <w:highlight w:val="green"/>
          <w:lang w:val="fr-FR"/>
        </w:rPr>
        <w:t>en anglais</w:t>
      </w:r>
      <w:r w:rsidRPr="000F4101">
        <w:rPr>
          <w:rFonts w:eastAsia="Space Mono" w:cs="Space Mono"/>
          <w:lang w:val="fr-FR"/>
        </w:rPr>
        <w:t>.</w:t>
      </w:r>
    </w:p>
    <w:p w:rsidR="00984CDE" w:rsidRPr="000F4101" w:rsidRDefault="00687BD5">
      <w:pPr>
        <w:pStyle w:val="CVSection"/>
        <w:pageBreakBefore/>
        <w:rPr>
          <w:rFonts w:hint="eastAsia"/>
          <w:lang w:val="fr-FR"/>
        </w:rPr>
      </w:pPr>
      <w:r w:rsidRPr="000F4101">
        <w:rPr>
          <w:rFonts w:eastAsia="Space Mono" w:cs="Space Mono"/>
          <w:lang w:val="fr-FR"/>
        </w:rPr>
        <w:lastRenderedPageBreak/>
        <w:t>Quelques expériences</w:t>
      </w:r>
    </w:p>
    <w:p w:rsidR="00984CDE" w:rsidRPr="000F4101" w:rsidRDefault="00687BD5">
      <w:pPr>
        <w:pStyle w:val="CVHighlightTitle"/>
        <w:keepLines/>
        <w:rPr>
          <w:rFonts w:hint="eastAsia"/>
          <w:lang w:val="fr-FR"/>
        </w:rPr>
      </w:pPr>
      <w:r w:rsidRPr="000F4101">
        <w:rPr>
          <w:rFonts w:eastAsia="Space Mono" w:cs="Space Mono"/>
          <w:lang w:val="fr-FR"/>
        </w:rPr>
        <w:t>Workflow multi-entités de la vacance</w:t>
      </w:r>
    </w:p>
    <w:p w:rsidR="00984CDE" w:rsidRPr="000F4101" w:rsidRDefault="00687BD5">
      <w:pPr>
        <w:pStyle w:val="CVHighlightBody"/>
        <w:keepLines/>
        <w:rPr>
          <w:rFonts w:hint="eastAsia"/>
          <w:lang w:val="fr-FR"/>
        </w:rPr>
      </w:pPr>
      <w:r w:rsidRPr="009D2BA4">
        <w:rPr>
          <w:rFonts w:eastAsia="Space Mono" w:cs="Space Mono"/>
          <w:highlight w:val="green"/>
          <w:lang w:val="fr-FR"/>
        </w:rPr>
        <w:t>Projet métier complexe</w:t>
      </w:r>
      <w:r w:rsidRPr="000F4101">
        <w:rPr>
          <w:rFonts w:eastAsia="Space Mono" w:cs="Space Mono"/>
          <w:lang w:val="fr-FR"/>
        </w:rPr>
        <w:t xml:space="preserve">, en </w:t>
      </w:r>
      <w:r w:rsidRPr="009D2BA4">
        <w:rPr>
          <w:rFonts w:eastAsia="Space Mono" w:cs="Space Mono"/>
          <w:highlight w:val="green"/>
          <w:lang w:val="fr-FR"/>
        </w:rPr>
        <w:t>relation directe avec la MOA</w:t>
      </w:r>
      <w:r w:rsidRPr="000F4101">
        <w:rPr>
          <w:rFonts w:eastAsia="Space Mono" w:cs="Space Mono"/>
          <w:lang w:val="fr-FR"/>
        </w:rPr>
        <w:t>, pour coordonner les services autour de la vacance.</w:t>
      </w:r>
    </w:p>
    <w:p w:rsidR="00984CDE" w:rsidRPr="000F4101" w:rsidRDefault="00687BD5">
      <w:pPr>
        <w:pStyle w:val="CVHighlightTitle"/>
        <w:keepLines/>
        <w:rPr>
          <w:rFonts w:hint="eastAsia"/>
          <w:lang w:val="fr-FR"/>
        </w:rPr>
      </w:pPr>
      <w:proofErr w:type="spellStart"/>
      <w:r w:rsidRPr="000F4101">
        <w:rPr>
          <w:rFonts w:eastAsia="Space Mono" w:cs="Space Mono"/>
          <w:lang w:val="fr-FR"/>
        </w:rPr>
        <w:t>Discovery</w:t>
      </w:r>
      <w:proofErr w:type="spellEnd"/>
      <w:r w:rsidRPr="000F4101">
        <w:rPr>
          <w:rFonts w:eastAsia="Space Mono" w:cs="Space Mono"/>
          <w:lang w:val="fr-FR"/>
        </w:rPr>
        <w:t xml:space="preserve"> 60</w:t>
      </w:r>
      <w:r w:rsidRPr="000F4101">
        <w:rPr>
          <w:rFonts w:eastAsia="Space Mono" w:cs="Space Mono"/>
          <w:lang w:val="fr-FR"/>
        </w:rPr>
        <w:t xml:space="preserve"> 000 commentaires</w:t>
      </w:r>
    </w:p>
    <w:p w:rsidR="00984CDE" w:rsidRPr="000F4101" w:rsidRDefault="00687BD5">
      <w:pPr>
        <w:pStyle w:val="CVHighlightBody"/>
        <w:keepLines/>
        <w:rPr>
          <w:rFonts w:hint="eastAsia"/>
          <w:lang w:val="fr-FR"/>
        </w:rPr>
      </w:pPr>
      <w:r w:rsidRPr="009D2BA4">
        <w:rPr>
          <w:rFonts w:eastAsia="Space Mono" w:cs="Space Mono"/>
          <w:highlight w:val="green"/>
          <w:lang w:val="fr-FR"/>
        </w:rPr>
        <w:t>Rechercher des besoins métier implicites</w:t>
      </w:r>
      <w:r w:rsidRPr="000F4101">
        <w:rPr>
          <w:rFonts w:eastAsia="Space Mono" w:cs="Space Mono"/>
          <w:lang w:val="fr-FR"/>
        </w:rPr>
        <w:t xml:space="preserve"> dans les retours des intervenantes à domicile, avec Python et un LLM local.</w:t>
      </w:r>
    </w:p>
    <w:p w:rsidR="00984CDE" w:rsidRPr="000F4101" w:rsidRDefault="00687BD5">
      <w:pPr>
        <w:pStyle w:val="CVHighlightTitle"/>
        <w:keepLines/>
        <w:rPr>
          <w:rFonts w:hint="eastAsia"/>
          <w:lang w:val="fr-FR"/>
        </w:rPr>
      </w:pPr>
      <w:r w:rsidRPr="000F4101">
        <w:rPr>
          <w:rFonts w:eastAsia="Space Mono" w:cs="Space Mono"/>
          <w:lang w:val="fr-FR"/>
        </w:rPr>
        <w:t>Fiabilisation du référentiel</w:t>
      </w:r>
    </w:p>
    <w:p w:rsidR="00984CDE" w:rsidRPr="000F4101" w:rsidRDefault="00687BD5">
      <w:pPr>
        <w:pStyle w:val="CVHighlightBody"/>
        <w:keepLines/>
        <w:rPr>
          <w:rFonts w:hint="eastAsia"/>
          <w:lang w:val="fr-FR"/>
        </w:rPr>
      </w:pPr>
      <w:r w:rsidRPr="000F4101">
        <w:rPr>
          <w:rFonts w:eastAsia="Space Mono" w:cs="Space Mono"/>
          <w:lang w:val="fr-FR"/>
        </w:rPr>
        <w:t xml:space="preserve">Synchroniser des </w:t>
      </w:r>
      <w:r w:rsidRPr="009D2BA4">
        <w:rPr>
          <w:rFonts w:eastAsia="Space Mono" w:cs="Space Mono"/>
          <w:highlight w:val="green"/>
          <w:lang w:val="fr-FR"/>
        </w:rPr>
        <w:t>sources hétérogènes</w:t>
      </w:r>
      <w:r w:rsidRPr="000F4101">
        <w:rPr>
          <w:rFonts w:eastAsia="Space Mono" w:cs="Space Mono"/>
          <w:lang w:val="fr-FR"/>
        </w:rPr>
        <w:t xml:space="preserve"> aux sémantiques différentes pour </w:t>
      </w:r>
      <w:r w:rsidRPr="009D2BA4">
        <w:rPr>
          <w:rFonts w:eastAsia="Space Mono" w:cs="Space Mono"/>
          <w:highlight w:val="green"/>
          <w:lang w:val="fr-FR"/>
        </w:rPr>
        <w:t>fiabiliser les données</w:t>
      </w:r>
      <w:r w:rsidRPr="000F4101">
        <w:rPr>
          <w:rFonts w:eastAsia="Space Mono" w:cs="Space Mono"/>
          <w:lang w:val="fr-FR"/>
        </w:rPr>
        <w:t xml:space="preserve"> de 100 000 clients et de leurs équipements.</w:t>
      </w:r>
    </w:p>
    <w:p w:rsidR="00984CDE" w:rsidRPr="000F4101" w:rsidRDefault="00687BD5">
      <w:pPr>
        <w:pStyle w:val="CVHighlightTitle"/>
        <w:keepLines/>
        <w:rPr>
          <w:rFonts w:hint="eastAsia"/>
          <w:lang w:val="fr-FR"/>
        </w:rPr>
      </w:pPr>
      <w:r w:rsidRPr="000F4101">
        <w:rPr>
          <w:rFonts w:eastAsia="Space Mono" w:cs="Space Mono"/>
          <w:lang w:val="fr-FR"/>
        </w:rPr>
        <w:t>Maintenance évolutive exploratoire</w:t>
      </w:r>
    </w:p>
    <w:p w:rsidR="00984CDE" w:rsidRPr="000F4101" w:rsidRDefault="00687BD5">
      <w:pPr>
        <w:pStyle w:val="CVHighlightBody"/>
        <w:keepLines/>
        <w:rPr>
          <w:rFonts w:hint="eastAsia"/>
          <w:lang w:val="fr-FR"/>
        </w:rPr>
      </w:pPr>
      <w:r w:rsidRPr="000F4101">
        <w:rPr>
          <w:rFonts w:eastAsia="Space Mono" w:cs="Space Mono"/>
          <w:lang w:val="fr-FR"/>
        </w:rPr>
        <w:t xml:space="preserve">Faire évoluer des applications </w:t>
      </w:r>
      <w:r w:rsidRPr="009D2BA4">
        <w:rPr>
          <w:rFonts w:eastAsia="Space Mono" w:cs="Space Mono"/>
          <w:highlight w:val="green"/>
          <w:lang w:val="fr-FR"/>
        </w:rPr>
        <w:t>non documentées, en reconstituant les règles métier</w:t>
      </w:r>
      <w:r w:rsidRPr="000F4101">
        <w:rPr>
          <w:rFonts w:eastAsia="Space Mono" w:cs="Space Mono"/>
          <w:lang w:val="fr-FR"/>
        </w:rPr>
        <w:t xml:space="preserve"> et en échangeant directement </w:t>
      </w:r>
      <w:r w:rsidRPr="009D2BA4">
        <w:rPr>
          <w:rFonts w:eastAsia="Space Mono" w:cs="Space Mono"/>
          <w:highlight w:val="green"/>
          <w:lang w:val="fr-FR"/>
        </w:rPr>
        <w:t>avec l’utilisatrice référente</w:t>
      </w:r>
      <w:r w:rsidRPr="000F4101">
        <w:rPr>
          <w:rFonts w:eastAsia="Space Mono" w:cs="Space Mono"/>
          <w:lang w:val="fr-FR"/>
        </w:rPr>
        <w:t>.</w:t>
      </w:r>
    </w:p>
    <w:p w:rsidR="00984CDE" w:rsidRPr="000F4101" w:rsidRDefault="00687BD5">
      <w:pPr>
        <w:pStyle w:val="CVHighlightTitle"/>
        <w:keepLines/>
        <w:rPr>
          <w:rFonts w:hint="eastAsia"/>
          <w:lang w:val="fr-FR"/>
        </w:rPr>
      </w:pPr>
      <w:r w:rsidRPr="000F4101">
        <w:rPr>
          <w:rFonts w:eastAsia="Space Mono" w:cs="Space Mono"/>
          <w:lang w:val="fr-FR"/>
        </w:rPr>
        <w:t>Digitalisation de la planificatio</w:t>
      </w:r>
      <w:r w:rsidRPr="000F4101">
        <w:rPr>
          <w:rFonts w:eastAsia="Space Mono" w:cs="Space Mono"/>
          <w:lang w:val="fr-FR"/>
        </w:rPr>
        <w:t>n</w:t>
      </w:r>
    </w:p>
    <w:p w:rsidR="00984CDE" w:rsidRPr="000F4101" w:rsidRDefault="00687BD5">
      <w:pPr>
        <w:pStyle w:val="CVHighlightBody"/>
        <w:keepLines/>
        <w:rPr>
          <w:rFonts w:hint="eastAsia"/>
          <w:lang w:val="fr-FR"/>
        </w:rPr>
      </w:pPr>
      <w:r w:rsidRPr="009D2BA4">
        <w:rPr>
          <w:rFonts w:eastAsia="Space Mono" w:cs="Space Mono"/>
          <w:highlight w:val="green"/>
          <w:lang w:val="fr-FR"/>
        </w:rPr>
        <w:t>Passer du manuel au numérique</w:t>
      </w:r>
      <w:r w:rsidRPr="009D2BA4">
        <w:rPr>
          <w:rFonts w:eastAsia="Space Mono" w:cs="Space Mono"/>
          <w:lang w:val="fr-FR"/>
        </w:rPr>
        <w:t xml:space="preserve">. </w:t>
      </w:r>
      <w:r w:rsidRPr="009D2BA4">
        <w:rPr>
          <w:rFonts w:eastAsia="Space Mono" w:cs="Space Mono"/>
          <w:highlight w:val="green"/>
          <w:lang w:val="fr-FR"/>
        </w:rPr>
        <w:t>Digitalisation</w:t>
      </w:r>
      <w:r w:rsidRPr="000F4101">
        <w:rPr>
          <w:rFonts w:eastAsia="Space Mono" w:cs="Space Mono"/>
          <w:lang w:val="fr-FR"/>
        </w:rPr>
        <w:t xml:space="preserve"> de la gestion des plannings de chantier, avec affectation des équipes et du matériel selon les contraintes opérationnelles.</w:t>
      </w:r>
    </w:p>
    <w:p w:rsidR="00984CDE" w:rsidRPr="000F4101" w:rsidRDefault="00687BD5">
      <w:pPr>
        <w:pStyle w:val="CVHighlightTitle"/>
        <w:keepLines/>
        <w:rPr>
          <w:rFonts w:hint="eastAsia"/>
          <w:lang w:val="fr-FR"/>
        </w:rPr>
      </w:pPr>
      <w:r w:rsidRPr="000F4101">
        <w:rPr>
          <w:rFonts w:eastAsia="Space Mono" w:cs="Space Mono"/>
          <w:lang w:val="fr-FR"/>
        </w:rPr>
        <w:t>Pilotage de permanences tripartites</w:t>
      </w:r>
    </w:p>
    <w:p w:rsidR="00984CDE" w:rsidRPr="000F4101" w:rsidRDefault="00687BD5">
      <w:pPr>
        <w:pStyle w:val="CVHighlightBody"/>
        <w:keepLines/>
        <w:rPr>
          <w:rFonts w:hint="eastAsia"/>
          <w:lang w:val="fr-FR"/>
        </w:rPr>
      </w:pPr>
      <w:r w:rsidRPr="009D2BA4">
        <w:rPr>
          <w:rFonts w:eastAsia="Space Mono" w:cs="Space Mono"/>
          <w:highlight w:val="green"/>
          <w:lang w:val="fr-FR"/>
        </w:rPr>
        <w:t>Définir le besoin avec la référente métier</w:t>
      </w:r>
      <w:r w:rsidRPr="000F4101">
        <w:rPr>
          <w:rFonts w:eastAsia="Space Mono" w:cs="Space Mono"/>
          <w:lang w:val="fr-FR"/>
        </w:rPr>
        <w:t xml:space="preserve"> et ré</w:t>
      </w:r>
      <w:r w:rsidRPr="000F4101">
        <w:rPr>
          <w:rFonts w:eastAsia="Space Mono" w:cs="Space Mono"/>
          <w:lang w:val="fr-FR"/>
        </w:rPr>
        <w:t>aliser l’application de gestion des permanences tripartites, avec des règles d’affectation équitable.</w:t>
      </w:r>
    </w:p>
    <w:p w:rsidR="00984CDE" w:rsidRPr="000F4101" w:rsidRDefault="00687BD5">
      <w:pPr>
        <w:pStyle w:val="CVHighlightTitle"/>
        <w:keepLines/>
        <w:rPr>
          <w:rFonts w:hint="eastAsia"/>
          <w:lang w:val="fr-FR"/>
        </w:rPr>
      </w:pPr>
      <w:proofErr w:type="spellStart"/>
      <w:proofErr w:type="gramStart"/>
      <w:r w:rsidRPr="000F4101">
        <w:rPr>
          <w:rFonts w:eastAsia="Space Mono" w:cs="Space Mono"/>
          <w:lang w:val="fr-FR"/>
        </w:rPr>
        <w:t>eTicketing</w:t>
      </w:r>
      <w:proofErr w:type="spellEnd"/>
      <w:proofErr w:type="gramEnd"/>
      <w:r w:rsidRPr="000F4101">
        <w:rPr>
          <w:rFonts w:eastAsia="Space Mono" w:cs="Space Mono"/>
          <w:lang w:val="fr-FR"/>
        </w:rPr>
        <w:t xml:space="preserve"> international</w:t>
      </w:r>
    </w:p>
    <w:p w:rsidR="00984CDE" w:rsidRPr="000F4101" w:rsidRDefault="00687BD5">
      <w:pPr>
        <w:pStyle w:val="CVHighlightBody"/>
        <w:keepLines/>
        <w:rPr>
          <w:rFonts w:hint="eastAsia"/>
          <w:lang w:val="fr-FR"/>
        </w:rPr>
      </w:pPr>
      <w:r w:rsidRPr="000F4101">
        <w:rPr>
          <w:rFonts w:eastAsia="Space Mono" w:cs="Space Mono"/>
          <w:lang w:val="fr-FR"/>
        </w:rPr>
        <w:t xml:space="preserve">Maintenir et faire évoluer une plateforme de billetterie multilingue, en assurant la </w:t>
      </w:r>
      <w:r w:rsidRPr="009D2BA4">
        <w:rPr>
          <w:rFonts w:eastAsia="Space Mono" w:cs="Space Mono"/>
          <w:highlight w:val="green"/>
          <w:lang w:val="fr-FR"/>
        </w:rPr>
        <w:t>relation directe en anglais avec le client</w:t>
      </w:r>
      <w:r w:rsidRPr="000F4101">
        <w:rPr>
          <w:rFonts w:eastAsia="Space Mono" w:cs="Space Mono"/>
          <w:lang w:val="fr-FR"/>
        </w:rPr>
        <w:t xml:space="preserve"> a</w:t>
      </w:r>
      <w:r w:rsidRPr="000F4101">
        <w:rPr>
          <w:rFonts w:eastAsia="Space Mono" w:cs="Space Mono"/>
          <w:lang w:val="fr-FR"/>
        </w:rPr>
        <w:t>llemand.</w:t>
      </w:r>
    </w:p>
    <w:p w:rsidR="00984CDE" w:rsidRDefault="00687BD5">
      <w:pPr>
        <w:pStyle w:val="CVSection"/>
        <w:rPr>
          <w:rFonts w:hint="eastAsia"/>
        </w:rPr>
      </w:pPr>
      <w:r>
        <w:rPr>
          <w:rFonts w:eastAsia="Space Mono" w:cs="Space Mono"/>
        </w:rPr>
        <w:t xml:space="preserve">Formation &amp; </w:t>
      </w:r>
      <w:proofErr w:type="spellStart"/>
      <w:r>
        <w:rPr>
          <w:rFonts w:eastAsia="Space Mono" w:cs="Space Mono"/>
        </w:rPr>
        <w:t>langues</w:t>
      </w:r>
      <w:proofErr w:type="spellEnd"/>
    </w:p>
    <w:p w:rsidR="00984CDE" w:rsidRDefault="00687BD5">
      <w:pPr>
        <w:pStyle w:val="Bullet"/>
        <w:rPr>
          <w:rFonts w:hint="eastAsia"/>
        </w:rPr>
      </w:pPr>
      <w:r>
        <w:rPr>
          <w:rFonts w:eastAsia="Space Mono" w:cs="Space Mono"/>
        </w:rPr>
        <w:t>- Bachelor of Computing and Information Technology - 2009-2010.</w:t>
      </w:r>
    </w:p>
    <w:p w:rsidR="00984CDE" w:rsidRPr="000F4101" w:rsidRDefault="00687BD5">
      <w:pPr>
        <w:pStyle w:val="Bullet"/>
        <w:rPr>
          <w:rFonts w:hint="eastAsia"/>
          <w:lang w:val="fr-FR"/>
        </w:rPr>
      </w:pPr>
      <w:r w:rsidRPr="000F4101">
        <w:rPr>
          <w:rFonts w:eastAsia="Space Mono" w:cs="Space Mono"/>
          <w:lang w:val="fr-FR"/>
        </w:rPr>
        <w:t>- DUT Informatique de gestion - 2007-2009.</w:t>
      </w:r>
    </w:p>
    <w:p w:rsidR="00984CDE" w:rsidRPr="000F4101" w:rsidRDefault="00687BD5">
      <w:pPr>
        <w:pStyle w:val="Bullet"/>
        <w:rPr>
          <w:rFonts w:hint="eastAsia"/>
          <w:lang w:val="fr-FR"/>
        </w:rPr>
      </w:pPr>
      <w:r w:rsidRPr="000F4101">
        <w:rPr>
          <w:rFonts w:eastAsia="Space Mono" w:cs="Space Mono"/>
          <w:lang w:val="fr-FR"/>
        </w:rPr>
        <w:t>- Anglais B2. Pratique professionnelle écrite et orale avec un client international.</w:t>
      </w:r>
    </w:p>
    <w:p w:rsidR="00984CDE" w:rsidRPr="000F4101" w:rsidRDefault="00687BD5">
      <w:pPr>
        <w:pStyle w:val="CVSection"/>
        <w:rPr>
          <w:rFonts w:hint="eastAsia"/>
          <w:lang w:val="fr-FR"/>
        </w:rPr>
      </w:pPr>
      <w:r w:rsidRPr="000F4101">
        <w:rPr>
          <w:rFonts w:eastAsia="Space Mono" w:cs="Space Mono"/>
          <w:lang w:val="fr-FR"/>
        </w:rPr>
        <w:t>Outils &amp; environnement technique</w:t>
      </w:r>
    </w:p>
    <w:p w:rsidR="00984CDE" w:rsidRPr="000F4101" w:rsidRDefault="00687BD5">
      <w:pPr>
        <w:pStyle w:val="Small"/>
        <w:rPr>
          <w:rFonts w:hint="eastAsia"/>
          <w:lang w:val="fr-FR"/>
        </w:rPr>
      </w:pPr>
      <w:r w:rsidRPr="000F4101">
        <w:rPr>
          <w:rFonts w:eastAsia="Space Mono" w:cs="Space Mono"/>
          <w:lang w:val="fr-FR"/>
        </w:rPr>
        <w:t xml:space="preserve">Outil : </w:t>
      </w:r>
      <w:proofErr w:type="spellStart"/>
      <w:r w:rsidRPr="000F4101">
        <w:rPr>
          <w:rFonts w:eastAsia="Space Mono" w:cs="Space Mono"/>
          <w:lang w:val="fr-FR"/>
        </w:rPr>
        <w:t>Jira</w:t>
      </w:r>
      <w:proofErr w:type="spellEnd"/>
      <w:r w:rsidRPr="000F4101">
        <w:rPr>
          <w:rFonts w:eastAsia="Space Mono" w:cs="Space Mono"/>
          <w:lang w:val="fr-FR"/>
        </w:rPr>
        <w:t xml:space="preserve"> · Confluence · </w:t>
      </w:r>
      <w:proofErr w:type="spellStart"/>
      <w:r w:rsidRPr="000F4101">
        <w:rPr>
          <w:rFonts w:eastAsia="Space Mono" w:cs="Space Mono"/>
          <w:lang w:val="fr-FR"/>
        </w:rPr>
        <w:t>Trello</w:t>
      </w:r>
      <w:proofErr w:type="spellEnd"/>
      <w:r w:rsidRPr="000F4101">
        <w:rPr>
          <w:rFonts w:eastAsia="Space Mono" w:cs="Space Mono"/>
          <w:lang w:val="fr-FR"/>
        </w:rPr>
        <w:t xml:space="preserve"> · </w:t>
      </w:r>
      <w:proofErr w:type="spellStart"/>
      <w:r w:rsidRPr="000F4101">
        <w:rPr>
          <w:rFonts w:eastAsia="Space Mono" w:cs="Space Mono"/>
          <w:lang w:val="fr-FR"/>
        </w:rPr>
        <w:t>GoRetro</w:t>
      </w:r>
      <w:proofErr w:type="spellEnd"/>
      <w:r w:rsidRPr="000F4101">
        <w:rPr>
          <w:rFonts w:eastAsia="Space Mono" w:cs="Space Mono"/>
          <w:lang w:val="fr-FR"/>
        </w:rPr>
        <w:t xml:space="preserve"> · </w:t>
      </w:r>
      <w:proofErr w:type="spellStart"/>
      <w:r w:rsidRPr="000F4101">
        <w:rPr>
          <w:rFonts w:eastAsia="Space Mono" w:cs="Space Mono"/>
          <w:lang w:val="fr-FR"/>
        </w:rPr>
        <w:t>Figma</w:t>
      </w:r>
      <w:proofErr w:type="spellEnd"/>
      <w:r w:rsidRPr="000F4101">
        <w:rPr>
          <w:rFonts w:eastAsia="Space Mono" w:cs="Space Mono"/>
          <w:lang w:val="fr-FR"/>
        </w:rPr>
        <w:t xml:space="preserve"> · Git · </w:t>
      </w:r>
      <w:proofErr w:type="spellStart"/>
      <w:r w:rsidRPr="000F4101">
        <w:rPr>
          <w:rFonts w:eastAsia="Space Mono" w:cs="Space Mono"/>
          <w:lang w:val="fr-FR"/>
        </w:rPr>
        <w:t>Postman</w:t>
      </w:r>
      <w:proofErr w:type="spellEnd"/>
      <w:r w:rsidRPr="000F4101">
        <w:rPr>
          <w:rFonts w:eastAsia="Space Mono" w:cs="Space Mono"/>
          <w:lang w:val="fr-FR"/>
        </w:rPr>
        <w:t xml:space="preserve"> · </w:t>
      </w:r>
      <w:proofErr w:type="spellStart"/>
      <w:r w:rsidRPr="000F4101">
        <w:rPr>
          <w:rFonts w:eastAsia="Space Mono" w:cs="Space Mono"/>
          <w:lang w:val="fr-FR"/>
        </w:rPr>
        <w:t>Markdown</w:t>
      </w:r>
      <w:proofErr w:type="spellEnd"/>
      <w:r w:rsidRPr="000F4101">
        <w:rPr>
          <w:rFonts w:eastAsia="Space Mono" w:cs="Space Mono"/>
          <w:lang w:val="fr-FR"/>
        </w:rPr>
        <w:t xml:space="preserve"> · Bureautique</w:t>
      </w:r>
    </w:p>
    <w:p w:rsidR="00984CDE" w:rsidRDefault="00687BD5">
      <w:pPr>
        <w:pStyle w:val="Small"/>
        <w:rPr>
          <w:rFonts w:hint="eastAsia"/>
        </w:rPr>
      </w:pPr>
      <w:proofErr w:type="gramStart"/>
      <w:r>
        <w:rPr>
          <w:rFonts w:eastAsia="Space Mono" w:cs="Space Mono"/>
        </w:rPr>
        <w:t>Tech :</w:t>
      </w:r>
      <w:proofErr w:type="gramEnd"/>
      <w:r>
        <w:rPr>
          <w:rFonts w:eastAsia="Space Mono" w:cs="Space Mono"/>
        </w:rPr>
        <w:t xml:space="preserve"> </w:t>
      </w:r>
      <w:proofErr w:type="spellStart"/>
      <w:r>
        <w:rPr>
          <w:rFonts w:eastAsia="Space Mono" w:cs="Space Mono"/>
        </w:rPr>
        <w:t>TypeScript</w:t>
      </w:r>
      <w:proofErr w:type="spellEnd"/>
      <w:r>
        <w:rPr>
          <w:rFonts w:eastAsia="Space Mono" w:cs="Space Mono"/>
        </w:rPr>
        <w:t xml:space="preserve"> · NestJS · TypeORM · REST · JavaScript · RabbitMQ · Redis · PCSoft</w:t>
      </w:r>
    </w:p>
    <w:p w:rsidR="00984CDE" w:rsidRPr="000F4101" w:rsidRDefault="00687BD5">
      <w:pPr>
        <w:pStyle w:val="Small"/>
        <w:rPr>
          <w:rFonts w:hint="eastAsia"/>
          <w:lang w:val="fr-FR"/>
        </w:rPr>
      </w:pPr>
      <w:r w:rsidRPr="000F4101">
        <w:rPr>
          <w:rFonts w:eastAsia="Space Mono" w:cs="Space Mono"/>
          <w:lang w:val="fr-FR"/>
        </w:rPr>
        <w:t xml:space="preserve">Data : SQL avancé · </w:t>
      </w:r>
      <w:proofErr w:type="spellStart"/>
      <w:r w:rsidRPr="000F4101">
        <w:rPr>
          <w:rFonts w:eastAsia="Space Mono" w:cs="Space Mono"/>
          <w:lang w:val="fr-FR"/>
        </w:rPr>
        <w:t>Elasticsearch</w:t>
      </w:r>
      <w:proofErr w:type="spellEnd"/>
      <w:r w:rsidRPr="000F4101">
        <w:rPr>
          <w:rFonts w:eastAsia="Space Mono" w:cs="Space Mono"/>
          <w:lang w:val="fr-FR"/>
        </w:rPr>
        <w:t xml:space="preserve"> · Python · LLM &amp; modèle local</w:t>
      </w:r>
    </w:p>
    <w:p w:rsidR="00984CDE" w:rsidRPr="000F4101" w:rsidRDefault="00687BD5">
      <w:pPr>
        <w:pStyle w:val="Small"/>
        <w:rPr>
          <w:rFonts w:hint="eastAsia"/>
          <w:lang w:val="fr-FR"/>
        </w:rPr>
      </w:pPr>
      <w:r w:rsidRPr="000F4101">
        <w:rPr>
          <w:rFonts w:eastAsia="Space Mono" w:cs="Space Mono"/>
          <w:lang w:val="fr-FR"/>
        </w:rPr>
        <w:t>Exploration :</w:t>
      </w:r>
      <w:r w:rsidRPr="000F4101">
        <w:rPr>
          <w:rFonts w:eastAsia="Space Mono" w:cs="Space Mono"/>
          <w:lang w:val="fr-FR"/>
        </w:rPr>
        <w:t xml:space="preserve"> </w:t>
      </w:r>
      <w:proofErr w:type="spellStart"/>
      <w:r w:rsidRPr="000F4101">
        <w:rPr>
          <w:rFonts w:eastAsia="Space Mono" w:cs="Space Mono"/>
          <w:lang w:val="fr-FR"/>
        </w:rPr>
        <w:t>ChatGPT</w:t>
      </w:r>
      <w:proofErr w:type="spellEnd"/>
      <w:r w:rsidRPr="000F4101">
        <w:rPr>
          <w:rFonts w:eastAsia="Space Mono" w:cs="Space Mono"/>
          <w:lang w:val="fr-FR"/>
        </w:rPr>
        <w:t xml:space="preserve"> · Codex · </w:t>
      </w:r>
      <w:proofErr w:type="spellStart"/>
      <w:r w:rsidRPr="000F4101">
        <w:rPr>
          <w:rFonts w:eastAsia="Space Mono" w:cs="Space Mono"/>
          <w:lang w:val="fr-FR"/>
        </w:rPr>
        <w:t>OpenClaw</w:t>
      </w:r>
      <w:proofErr w:type="spellEnd"/>
    </w:p>
    <w:p w:rsidR="00984CDE" w:rsidRPr="000F4101" w:rsidRDefault="00687BD5">
      <w:pPr>
        <w:pStyle w:val="Titre1"/>
        <w:pageBreakBefore/>
        <w:rPr>
          <w:rFonts w:hint="eastAsia"/>
          <w:lang w:val="fr-FR"/>
        </w:rPr>
      </w:pPr>
      <w:r w:rsidRPr="000F4101">
        <w:rPr>
          <w:rFonts w:eastAsia="Space Mono" w:cs="Space Mono"/>
          <w:lang w:val="fr-FR"/>
        </w:rPr>
        <w:lastRenderedPageBreak/>
        <w:t>Dossier de projets</w:t>
      </w:r>
    </w:p>
    <w:p w:rsidR="00984CDE" w:rsidRPr="000F4101" w:rsidRDefault="00687BD5">
      <w:pPr>
        <w:pStyle w:val="Titre2"/>
        <w:keepLines/>
        <w:rPr>
          <w:rFonts w:hint="eastAsia"/>
          <w:lang w:val="fr-FR"/>
        </w:rPr>
      </w:pPr>
      <w:r w:rsidRPr="000F4101">
        <w:rPr>
          <w:rFonts w:eastAsia="Space Mono" w:cs="Space Mono"/>
          <w:lang w:val="fr-FR"/>
        </w:rPr>
        <w:t>01 / Santé &amp; aide à domicile</w:t>
      </w:r>
    </w:p>
    <w:p w:rsidR="00984CDE" w:rsidRPr="000F4101" w:rsidRDefault="00687BD5">
      <w:pPr>
        <w:pStyle w:val="Titre3"/>
        <w:keepLines/>
        <w:rPr>
          <w:rFonts w:hint="eastAsia"/>
          <w:lang w:val="fr-FR"/>
        </w:rPr>
      </w:pPr>
      <w:r w:rsidRPr="000F4101">
        <w:rPr>
          <w:rFonts w:eastAsia="Space Mono" w:cs="Space Mono"/>
          <w:lang w:val="fr-FR"/>
        </w:rPr>
        <w:t xml:space="preserve">01.01 / Moteur de recherche de patients &amp; administration </w:t>
      </w:r>
      <w:proofErr w:type="spellStart"/>
      <w:r w:rsidRPr="000F4101">
        <w:rPr>
          <w:rFonts w:eastAsia="Space Mono" w:cs="Space Mono"/>
          <w:lang w:val="fr-FR"/>
        </w:rPr>
        <w:t>Elasticsearch</w:t>
      </w:r>
      <w:proofErr w:type="spellEnd"/>
    </w:p>
    <w:p w:rsidR="00984CDE" w:rsidRPr="000F4101" w:rsidRDefault="00687BD5">
      <w:pPr>
        <w:pStyle w:val="Label"/>
        <w:keepLines/>
        <w:rPr>
          <w:rFonts w:hint="eastAsia"/>
          <w:lang w:val="fr-FR"/>
        </w:rPr>
      </w:pPr>
      <w:r w:rsidRPr="000F4101">
        <w:rPr>
          <w:rFonts w:eastAsia="Space Mono" w:cs="Space Mono"/>
          <w:lang w:val="fr-FR"/>
        </w:rPr>
        <w:t>Groupe de santé</w:t>
      </w:r>
    </w:p>
    <w:p w:rsidR="00984CDE" w:rsidRPr="000F4101" w:rsidRDefault="00687BD5">
      <w:pPr>
        <w:keepNext/>
        <w:keepLines/>
        <w:rPr>
          <w:rFonts w:hint="eastAsia"/>
          <w:lang w:val="fr-FR"/>
        </w:rPr>
      </w:pPr>
      <w:r w:rsidRPr="000F4101">
        <w:rPr>
          <w:rFonts w:eastAsia="Space Mono" w:cs="Space Mono"/>
          <w:lang w:val="fr-FR"/>
        </w:rPr>
        <w:t xml:space="preserve">Cadrage et recette métier d’un moteur de recherche de patients : saisie libre, requêtes </w:t>
      </w:r>
      <w:r w:rsidRPr="000F4101">
        <w:rPr>
          <w:rFonts w:eastAsia="Space Mono" w:cs="Space Mono"/>
          <w:lang w:val="fr-FR"/>
        </w:rPr>
        <w:t xml:space="preserve">dynamiques, </w:t>
      </w:r>
      <w:proofErr w:type="spellStart"/>
      <w:r w:rsidRPr="000F4101">
        <w:rPr>
          <w:rFonts w:eastAsia="Space Mono" w:cs="Space Mono"/>
          <w:lang w:val="fr-FR"/>
        </w:rPr>
        <w:t>scoring</w:t>
      </w:r>
      <w:proofErr w:type="spellEnd"/>
      <w:r w:rsidRPr="000F4101">
        <w:rPr>
          <w:rFonts w:eastAsia="Space Mono" w:cs="Space Mono"/>
          <w:lang w:val="fr-FR"/>
        </w:rPr>
        <w:t xml:space="preserve"> et classement par pertinence. Je développe le moteur et son index </w:t>
      </w:r>
      <w:proofErr w:type="spellStart"/>
      <w:r w:rsidRPr="000F4101">
        <w:rPr>
          <w:rFonts w:eastAsia="Space Mono" w:cs="Space Mono"/>
          <w:lang w:val="fr-FR"/>
        </w:rPr>
        <w:t>Elasticsearch</w:t>
      </w:r>
      <w:proofErr w:type="spellEnd"/>
      <w:r w:rsidRPr="000F4101">
        <w:rPr>
          <w:rFonts w:eastAsia="Space Mono" w:cs="Space Mono"/>
          <w:lang w:val="fr-FR"/>
        </w:rPr>
        <w:t xml:space="preserve">, ainsi que son administration pour importer les données et reconstruire l’index, avec démonstrations au Product </w:t>
      </w:r>
      <w:proofErr w:type="spellStart"/>
      <w:r w:rsidRPr="000F4101">
        <w:rPr>
          <w:rFonts w:eastAsia="Space Mono" w:cs="Space Mono"/>
          <w:lang w:val="fr-FR"/>
        </w:rPr>
        <w:t>Owner</w:t>
      </w:r>
      <w:proofErr w:type="spellEnd"/>
      <w:r w:rsidRPr="000F4101">
        <w:rPr>
          <w:rFonts w:eastAsia="Space Mono" w:cs="Space Mono"/>
          <w:lang w:val="fr-FR"/>
        </w:rPr>
        <w:t>, ajustements et documentation.</w:t>
      </w:r>
    </w:p>
    <w:p w:rsidR="00984CDE" w:rsidRPr="000F4101" w:rsidRDefault="00687BD5">
      <w:pPr>
        <w:pStyle w:val="Small"/>
        <w:keepNext/>
        <w:keepLines/>
        <w:rPr>
          <w:rFonts w:hint="eastAsia"/>
          <w:lang w:val="fr-FR"/>
        </w:rPr>
      </w:pPr>
      <w:r w:rsidRPr="000F4101">
        <w:rPr>
          <w:rFonts w:eastAsia="Space Mono" w:cs="Space Mono"/>
          <w:lang w:val="fr-FR"/>
        </w:rPr>
        <w:t>Mon rôl</w:t>
      </w:r>
      <w:r w:rsidRPr="000F4101">
        <w:rPr>
          <w:rFonts w:eastAsia="Space Mono" w:cs="Space Mono"/>
          <w:lang w:val="fr-FR"/>
        </w:rPr>
        <w:t>e - Analyste fonctionnel · Développeur</w:t>
      </w:r>
    </w:p>
    <w:p w:rsidR="00984CDE" w:rsidRPr="000F4101" w:rsidRDefault="00687BD5">
      <w:pPr>
        <w:pStyle w:val="Small"/>
        <w:keepLines/>
        <w:spacing w:after="530"/>
        <w:rPr>
          <w:rFonts w:hint="eastAsia"/>
          <w:lang w:val="fr-FR"/>
        </w:rPr>
      </w:pPr>
      <w:r w:rsidRPr="000F4101">
        <w:rPr>
          <w:rFonts w:eastAsia="Space Mono" w:cs="Space Mono"/>
          <w:lang w:val="fr-FR"/>
        </w:rPr>
        <w:t xml:space="preserve">Cadrage métier · </w:t>
      </w:r>
      <w:proofErr w:type="spellStart"/>
      <w:r w:rsidRPr="000F4101">
        <w:rPr>
          <w:rFonts w:eastAsia="Space Mono" w:cs="Space Mono"/>
          <w:lang w:val="fr-FR"/>
        </w:rPr>
        <w:t>Elasticsearch</w:t>
      </w:r>
      <w:proofErr w:type="spellEnd"/>
      <w:r w:rsidRPr="000F4101">
        <w:rPr>
          <w:rFonts w:eastAsia="Space Mono" w:cs="Space Mono"/>
          <w:lang w:val="fr-FR"/>
        </w:rPr>
        <w:t xml:space="preserve"> · Recette métier</w:t>
      </w:r>
    </w:p>
    <w:p w:rsidR="00984CDE" w:rsidRPr="000F4101" w:rsidRDefault="00687BD5">
      <w:pPr>
        <w:pStyle w:val="Titre3"/>
        <w:keepLines/>
        <w:rPr>
          <w:rFonts w:hint="eastAsia"/>
          <w:lang w:val="fr-FR"/>
        </w:rPr>
      </w:pPr>
      <w:r w:rsidRPr="000F4101">
        <w:rPr>
          <w:rFonts w:eastAsia="Space Mono" w:cs="Space Mono"/>
          <w:lang w:val="fr-FR"/>
        </w:rPr>
        <w:t>01.02 / Analyse de 60 000 commentaires terrain</w:t>
      </w:r>
    </w:p>
    <w:p w:rsidR="00984CDE" w:rsidRPr="000F4101" w:rsidRDefault="00687BD5">
      <w:pPr>
        <w:pStyle w:val="Label"/>
        <w:keepLines/>
        <w:rPr>
          <w:rFonts w:hint="eastAsia"/>
          <w:lang w:val="fr-FR"/>
        </w:rPr>
      </w:pPr>
      <w:r w:rsidRPr="000F4101">
        <w:rPr>
          <w:rFonts w:eastAsia="Space Mono" w:cs="Space Mono"/>
          <w:lang w:val="fr-FR"/>
        </w:rPr>
        <w:t>Groupe de santé · Aide à domicile</w:t>
      </w:r>
    </w:p>
    <w:p w:rsidR="00984CDE" w:rsidRPr="000F4101" w:rsidRDefault="00687BD5">
      <w:pPr>
        <w:keepNext/>
        <w:keepLines/>
        <w:rPr>
          <w:rFonts w:hint="eastAsia"/>
          <w:lang w:val="fr-FR"/>
        </w:rPr>
      </w:pPr>
      <w:proofErr w:type="spellStart"/>
      <w:r w:rsidRPr="000F4101">
        <w:rPr>
          <w:rFonts w:eastAsia="Space Mono" w:cs="Space Mono"/>
          <w:lang w:val="fr-FR"/>
        </w:rPr>
        <w:t>Discovery</w:t>
      </w:r>
      <w:proofErr w:type="spellEnd"/>
      <w:r w:rsidRPr="000F4101">
        <w:rPr>
          <w:rFonts w:eastAsia="Space Mono" w:cs="Space Mono"/>
          <w:lang w:val="fr-FR"/>
        </w:rPr>
        <w:t xml:space="preserve"> à partir d’environ 60 000 commentaires d’intervenantes à domicile pour identif</w:t>
      </w:r>
      <w:r w:rsidRPr="000F4101">
        <w:rPr>
          <w:rFonts w:eastAsia="Space Mono" w:cs="Space Mono"/>
          <w:lang w:val="fr-FR"/>
        </w:rPr>
        <w:t>ier des besoins métier implicites. Je développe en Python, avec un LLM local, les traitements de nettoyage, de catégorisation et d’analyse statistique, puis transmets un rapport synthétique à l’entité concernée.</w:t>
      </w:r>
    </w:p>
    <w:p w:rsidR="00984CDE" w:rsidRPr="000F4101" w:rsidRDefault="00687BD5">
      <w:pPr>
        <w:pStyle w:val="Small"/>
        <w:keepNext/>
        <w:keepLines/>
        <w:rPr>
          <w:rFonts w:hint="eastAsia"/>
          <w:lang w:val="fr-FR"/>
        </w:rPr>
      </w:pPr>
      <w:r w:rsidRPr="000F4101">
        <w:rPr>
          <w:rFonts w:eastAsia="Space Mono" w:cs="Space Mono"/>
          <w:lang w:val="fr-FR"/>
        </w:rPr>
        <w:t>Mon rôle - Analyste de données · Développeur</w:t>
      </w:r>
    </w:p>
    <w:p w:rsidR="00984CDE" w:rsidRPr="000F4101" w:rsidRDefault="00687BD5">
      <w:pPr>
        <w:pStyle w:val="Small"/>
        <w:keepLines/>
        <w:spacing w:after="530"/>
        <w:rPr>
          <w:rFonts w:hint="eastAsia"/>
          <w:lang w:val="fr-FR"/>
        </w:rPr>
      </w:pPr>
      <w:proofErr w:type="spellStart"/>
      <w:r w:rsidRPr="000F4101">
        <w:rPr>
          <w:rFonts w:eastAsia="Space Mono" w:cs="Space Mono"/>
          <w:lang w:val="fr-FR"/>
        </w:rPr>
        <w:t>Discovery</w:t>
      </w:r>
      <w:proofErr w:type="spellEnd"/>
      <w:r w:rsidRPr="000F4101">
        <w:rPr>
          <w:rFonts w:eastAsia="Space Mono" w:cs="Space Mono"/>
          <w:lang w:val="fr-FR"/>
        </w:rPr>
        <w:t xml:space="preserve"> · Data </w:t>
      </w:r>
      <w:proofErr w:type="spellStart"/>
      <w:r w:rsidRPr="000F4101">
        <w:rPr>
          <w:rFonts w:eastAsia="Space Mono" w:cs="Space Mono"/>
          <w:lang w:val="fr-FR"/>
        </w:rPr>
        <w:t>analysis</w:t>
      </w:r>
      <w:proofErr w:type="spellEnd"/>
      <w:r w:rsidRPr="000F4101">
        <w:rPr>
          <w:rFonts w:eastAsia="Space Mono" w:cs="Space Mono"/>
          <w:lang w:val="fr-FR"/>
        </w:rPr>
        <w:t xml:space="preserve"> · LLM local</w:t>
      </w:r>
    </w:p>
    <w:p w:rsidR="00984CDE" w:rsidRPr="000F4101" w:rsidRDefault="00687BD5">
      <w:pPr>
        <w:pStyle w:val="Titre3"/>
        <w:keepLines/>
        <w:rPr>
          <w:rFonts w:hint="eastAsia"/>
          <w:lang w:val="fr-FR"/>
        </w:rPr>
      </w:pPr>
      <w:r w:rsidRPr="000F4101">
        <w:rPr>
          <w:rFonts w:eastAsia="Space Mono" w:cs="Space Mono"/>
          <w:lang w:val="fr-FR"/>
        </w:rPr>
        <w:t xml:space="preserve">01.03 / Migration </w:t>
      </w:r>
      <w:proofErr w:type="spellStart"/>
      <w:r w:rsidRPr="000F4101">
        <w:rPr>
          <w:rFonts w:eastAsia="Space Mono" w:cs="Space Mono"/>
          <w:lang w:val="fr-FR"/>
        </w:rPr>
        <w:t>MongoDB</w:t>
      </w:r>
      <w:proofErr w:type="spellEnd"/>
      <w:r w:rsidRPr="000F4101">
        <w:rPr>
          <w:rFonts w:eastAsia="Space Mono" w:cs="Space Mono"/>
          <w:lang w:val="fr-FR"/>
        </w:rPr>
        <w:t xml:space="preserve"> vers PostgreSQL et API de persistance</w:t>
      </w:r>
    </w:p>
    <w:p w:rsidR="00984CDE" w:rsidRPr="000F4101" w:rsidRDefault="00687BD5">
      <w:pPr>
        <w:pStyle w:val="Label"/>
        <w:keepLines/>
        <w:rPr>
          <w:rFonts w:hint="eastAsia"/>
          <w:lang w:val="fr-FR"/>
        </w:rPr>
      </w:pPr>
      <w:r w:rsidRPr="000F4101">
        <w:rPr>
          <w:rFonts w:eastAsia="Space Mono" w:cs="Space Mono"/>
          <w:lang w:val="fr-FR"/>
        </w:rPr>
        <w:t>Groupe de santé</w:t>
      </w:r>
    </w:p>
    <w:p w:rsidR="00984CDE" w:rsidRPr="000F4101" w:rsidRDefault="00687BD5">
      <w:pPr>
        <w:keepNext/>
        <w:keepLines/>
        <w:rPr>
          <w:rFonts w:hint="eastAsia"/>
          <w:lang w:val="fr-FR"/>
        </w:rPr>
      </w:pPr>
      <w:r w:rsidRPr="000F4101">
        <w:rPr>
          <w:rFonts w:eastAsia="Space Mono" w:cs="Space Mono"/>
          <w:lang w:val="fr-FR"/>
        </w:rPr>
        <w:t xml:space="preserve">Conception du SGBD PostgreSQL, migration des données </w:t>
      </w:r>
      <w:proofErr w:type="spellStart"/>
      <w:r w:rsidRPr="000F4101">
        <w:rPr>
          <w:rFonts w:eastAsia="Space Mono" w:cs="Space Mono"/>
          <w:lang w:val="fr-FR"/>
        </w:rPr>
        <w:t>MongoDB</w:t>
      </w:r>
      <w:proofErr w:type="spellEnd"/>
      <w:r w:rsidRPr="000F4101">
        <w:rPr>
          <w:rFonts w:eastAsia="Space Mono" w:cs="Space Mono"/>
          <w:lang w:val="fr-FR"/>
        </w:rPr>
        <w:t xml:space="preserve"> vers le modèle relationnel et développement de l’API de persistance. Au sein</w:t>
      </w:r>
      <w:r w:rsidRPr="000F4101">
        <w:rPr>
          <w:rFonts w:eastAsia="Space Mono" w:cs="Space Mono"/>
          <w:lang w:val="fr-FR"/>
        </w:rPr>
        <w:t xml:space="preserve"> de l’équipe </w:t>
      </w:r>
      <w:proofErr w:type="spellStart"/>
      <w:r w:rsidRPr="000F4101">
        <w:rPr>
          <w:rFonts w:eastAsia="Space Mono" w:cs="Space Mono"/>
          <w:lang w:val="fr-FR"/>
        </w:rPr>
        <w:t>backend</w:t>
      </w:r>
      <w:proofErr w:type="spellEnd"/>
      <w:r w:rsidRPr="000F4101">
        <w:rPr>
          <w:rFonts w:eastAsia="Space Mono" w:cs="Space Mono"/>
          <w:lang w:val="fr-FR"/>
        </w:rPr>
        <w:t xml:space="preserve">, je travaille sur les relations, les règles métier et les accès aux données avec </w:t>
      </w:r>
      <w:proofErr w:type="spellStart"/>
      <w:r w:rsidRPr="000F4101">
        <w:rPr>
          <w:rFonts w:eastAsia="Space Mono" w:cs="Space Mono"/>
          <w:lang w:val="fr-FR"/>
        </w:rPr>
        <w:t>TypeORM</w:t>
      </w:r>
      <w:proofErr w:type="spellEnd"/>
      <w:r w:rsidRPr="000F4101">
        <w:rPr>
          <w:rFonts w:eastAsia="Space Mono" w:cs="Space Mono"/>
          <w:lang w:val="fr-FR"/>
        </w:rPr>
        <w:t>, avec tests automatisés, revues de code et documentation.</w:t>
      </w:r>
    </w:p>
    <w:p w:rsidR="00984CDE" w:rsidRPr="000F4101" w:rsidRDefault="00687BD5">
      <w:pPr>
        <w:pStyle w:val="Small"/>
        <w:keepNext/>
        <w:keepLines/>
        <w:rPr>
          <w:rFonts w:hint="eastAsia"/>
          <w:lang w:val="fr-FR"/>
        </w:rPr>
      </w:pPr>
      <w:r w:rsidRPr="000F4101">
        <w:rPr>
          <w:rFonts w:eastAsia="Space Mono" w:cs="Space Mono"/>
          <w:lang w:val="fr-FR"/>
        </w:rPr>
        <w:t>Mon rôle - Développeur</w:t>
      </w:r>
    </w:p>
    <w:p w:rsidR="00984CDE" w:rsidRPr="000F4101" w:rsidRDefault="00687BD5">
      <w:pPr>
        <w:pStyle w:val="Small"/>
        <w:keepLines/>
        <w:spacing w:after="530"/>
        <w:rPr>
          <w:rFonts w:hint="eastAsia"/>
          <w:lang w:val="fr-FR"/>
        </w:rPr>
      </w:pPr>
      <w:r w:rsidRPr="000F4101">
        <w:rPr>
          <w:rFonts w:eastAsia="Space Mono" w:cs="Space Mono"/>
          <w:lang w:val="fr-FR"/>
        </w:rPr>
        <w:t xml:space="preserve">Conception SGBD · </w:t>
      </w:r>
      <w:proofErr w:type="spellStart"/>
      <w:r w:rsidRPr="000F4101">
        <w:rPr>
          <w:rFonts w:eastAsia="Space Mono" w:cs="Space Mono"/>
          <w:lang w:val="fr-FR"/>
        </w:rPr>
        <w:t>MongoDB</w:t>
      </w:r>
      <w:proofErr w:type="spellEnd"/>
      <w:r w:rsidRPr="000F4101">
        <w:rPr>
          <w:rFonts w:eastAsia="Space Mono" w:cs="Space Mono"/>
          <w:lang w:val="fr-FR"/>
        </w:rPr>
        <w:t xml:space="preserve"> → PostgreSQL · API de persistance</w:t>
      </w:r>
    </w:p>
    <w:p w:rsidR="00984CDE" w:rsidRPr="000F4101" w:rsidRDefault="00687BD5">
      <w:pPr>
        <w:pStyle w:val="Titre3"/>
        <w:keepLines/>
        <w:rPr>
          <w:rFonts w:hint="eastAsia"/>
          <w:lang w:val="fr-FR"/>
        </w:rPr>
      </w:pPr>
      <w:r w:rsidRPr="000F4101">
        <w:rPr>
          <w:rFonts w:eastAsia="Space Mono" w:cs="Space Mono"/>
          <w:lang w:val="fr-FR"/>
        </w:rPr>
        <w:t>01.04</w:t>
      </w:r>
      <w:r w:rsidRPr="000F4101">
        <w:rPr>
          <w:rFonts w:eastAsia="Space Mono" w:cs="Space Mono"/>
          <w:lang w:val="fr-FR"/>
        </w:rPr>
        <w:t xml:space="preserve"> / Développement des API métier </w:t>
      </w:r>
      <w:proofErr w:type="spellStart"/>
      <w:r w:rsidRPr="000F4101">
        <w:rPr>
          <w:rFonts w:eastAsia="Space Mono" w:cs="Space Mono"/>
          <w:lang w:val="fr-FR"/>
        </w:rPr>
        <w:t>core</w:t>
      </w:r>
      <w:proofErr w:type="spellEnd"/>
    </w:p>
    <w:p w:rsidR="00984CDE" w:rsidRPr="000F4101" w:rsidRDefault="00687BD5">
      <w:pPr>
        <w:pStyle w:val="Label"/>
        <w:keepLines/>
        <w:rPr>
          <w:rFonts w:hint="eastAsia"/>
          <w:lang w:val="fr-FR"/>
        </w:rPr>
      </w:pPr>
      <w:r w:rsidRPr="000F4101">
        <w:rPr>
          <w:rFonts w:eastAsia="Space Mono" w:cs="Space Mono"/>
          <w:lang w:val="fr-FR"/>
        </w:rPr>
        <w:t>Groupe de santé</w:t>
      </w:r>
    </w:p>
    <w:p w:rsidR="00984CDE" w:rsidRPr="000F4101" w:rsidRDefault="00687BD5">
      <w:pPr>
        <w:keepNext/>
        <w:keepLines/>
        <w:rPr>
          <w:rFonts w:hint="eastAsia"/>
          <w:lang w:val="fr-FR"/>
        </w:rPr>
      </w:pPr>
      <w:r w:rsidRPr="000F4101">
        <w:rPr>
          <w:rFonts w:eastAsia="Space Mono" w:cs="Space Mono"/>
          <w:lang w:val="fr-FR"/>
        </w:rPr>
        <w:t xml:space="preserve">Développement et maintenance évolutive de l’API métier principale pour les données patients et collaborateurs. Je réalise des fonctionnalités, adapte les règles métier et </w:t>
      </w:r>
      <w:proofErr w:type="spellStart"/>
      <w:r w:rsidRPr="000F4101">
        <w:rPr>
          <w:rFonts w:eastAsia="Space Mono" w:cs="Space Mono"/>
          <w:lang w:val="fr-FR"/>
        </w:rPr>
        <w:t>prends</w:t>
      </w:r>
      <w:proofErr w:type="spellEnd"/>
      <w:r w:rsidRPr="000F4101">
        <w:rPr>
          <w:rFonts w:eastAsia="Space Mono" w:cs="Space Mono"/>
          <w:lang w:val="fr-FR"/>
        </w:rPr>
        <w:t xml:space="preserve"> en compte les échanges en</w:t>
      </w:r>
      <w:r w:rsidRPr="000F4101">
        <w:rPr>
          <w:rFonts w:eastAsia="Space Mono" w:cs="Space Mono"/>
          <w:lang w:val="fr-FR"/>
        </w:rPr>
        <w:t xml:space="preserve">tre services, avec tests automatisés, revues de code et documentation au sein de l’équipe </w:t>
      </w:r>
      <w:proofErr w:type="spellStart"/>
      <w:r w:rsidRPr="000F4101">
        <w:rPr>
          <w:rFonts w:eastAsia="Space Mono" w:cs="Space Mono"/>
          <w:lang w:val="fr-FR"/>
        </w:rPr>
        <w:t>backend</w:t>
      </w:r>
      <w:proofErr w:type="spellEnd"/>
      <w:r w:rsidRPr="000F4101">
        <w:rPr>
          <w:rFonts w:eastAsia="Space Mono" w:cs="Space Mono"/>
          <w:lang w:val="fr-FR"/>
        </w:rPr>
        <w:t>.</w:t>
      </w:r>
    </w:p>
    <w:p w:rsidR="00984CDE" w:rsidRPr="000F4101" w:rsidRDefault="00687BD5">
      <w:pPr>
        <w:pStyle w:val="Small"/>
        <w:keepNext/>
        <w:keepLines/>
        <w:rPr>
          <w:rFonts w:hint="eastAsia"/>
          <w:lang w:val="fr-FR"/>
        </w:rPr>
      </w:pPr>
      <w:r w:rsidRPr="000F4101">
        <w:rPr>
          <w:rFonts w:eastAsia="Space Mono" w:cs="Space Mono"/>
          <w:lang w:val="fr-FR"/>
        </w:rPr>
        <w:t>Mon rôle - Développeur</w:t>
      </w:r>
    </w:p>
    <w:p w:rsidR="00984CDE" w:rsidRPr="000F4101" w:rsidRDefault="00687BD5">
      <w:pPr>
        <w:pStyle w:val="Small"/>
        <w:keepLines/>
        <w:spacing w:after="530"/>
        <w:rPr>
          <w:rFonts w:hint="eastAsia"/>
          <w:lang w:val="fr-FR"/>
        </w:rPr>
      </w:pPr>
      <w:r w:rsidRPr="000F4101">
        <w:rPr>
          <w:rFonts w:eastAsia="Space Mono" w:cs="Space Mono"/>
          <w:lang w:val="fr-FR"/>
        </w:rPr>
        <w:t>Patients · Collaborateurs · API métier · Maintenance évolutive</w:t>
      </w:r>
    </w:p>
    <w:p w:rsidR="00984CDE" w:rsidRPr="000F4101" w:rsidRDefault="00687BD5">
      <w:pPr>
        <w:pStyle w:val="Titre3"/>
        <w:keepLines/>
        <w:rPr>
          <w:rFonts w:hint="eastAsia"/>
          <w:lang w:val="fr-FR"/>
        </w:rPr>
      </w:pPr>
      <w:r w:rsidRPr="000F4101">
        <w:rPr>
          <w:rFonts w:eastAsia="Space Mono" w:cs="Space Mono"/>
          <w:lang w:val="fr-FR"/>
        </w:rPr>
        <w:lastRenderedPageBreak/>
        <w:t>01.05 / Portage d’un service d’interopérabilité</w:t>
      </w:r>
    </w:p>
    <w:p w:rsidR="00984CDE" w:rsidRPr="000F4101" w:rsidRDefault="00687BD5">
      <w:pPr>
        <w:pStyle w:val="Label"/>
        <w:keepLines/>
        <w:rPr>
          <w:rFonts w:hint="eastAsia"/>
          <w:lang w:val="fr-FR"/>
        </w:rPr>
      </w:pPr>
      <w:r w:rsidRPr="000F4101">
        <w:rPr>
          <w:rFonts w:eastAsia="Space Mono" w:cs="Space Mono"/>
          <w:lang w:val="fr-FR"/>
        </w:rPr>
        <w:t>Groupe de santé</w:t>
      </w:r>
    </w:p>
    <w:p w:rsidR="00984CDE" w:rsidRPr="000F4101" w:rsidRDefault="00687BD5">
      <w:pPr>
        <w:keepNext/>
        <w:keepLines/>
        <w:rPr>
          <w:rFonts w:hint="eastAsia"/>
          <w:lang w:val="fr-FR"/>
        </w:rPr>
      </w:pPr>
      <w:r w:rsidRPr="000F4101">
        <w:rPr>
          <w:rFonts w:eastAsia="Space Mono" w:cs="Space Mono"/>
          <w:lang w:val="fr-FR"/>
        </w:rPr>
        <w:t>Portage</w:t>
      </w:r>
      <w:r w:rsidRPr="000F4101">
        <w:rPr>
          <w:rFonts w:eastAsia="Space Mono" w:cs="Space Mono"/>
          <w:lang w:val="fr-FR"/>
        </w:rPr>
        <w:t xml:space="preserve"> sous </w:t>
      </w:r>
      <w:proofErr w:type="spellStart"/>
      <w:r w:rsidRPr="000F4101">
        <w:rPr>
          <w:rFonts w:eastAsia="Space Mono" w:cs="Space Mono"/>
          <w:lang w:val="fr-FR"/>
        </w:rPr>
        <w:t>NestJS</w:t>
      </w:r>
      <w:proofErr w:type="spellEnd"/>
      <w:r w:rsidRPr="000F4101">
        <w:rPr>
          <w:rFonts w:eastAsia="Space Mono" w:cs="Space Mono"/>
          <w:lang w:val="fr-FR"/>
        </w:rPr>
        <w:t xml:space="preserve"> d’un service d’interopérabilité pour récupérer des données auprès d’un service externe et les intégrer aux bases Groupe de santé. Je prends en charge le portage, la connexion au service et l’adaptation du traitement d’import.</w:t>
      </w:r>
    </w:p>
    <w:p w:rsidR="00984CDE" w:rsidRPr="000F4101" w:rsidRDefault="00687BD5">
      <w:pPr>
        <w:pStyle w:val="Small"/>
        <w:keepNext/>
        <w:keepLines/>
        <w:rPr>
          <w:rFonts w:hint="eastAsia"/>
          <w:lang w:val="fr-FR"/>
        </w:rPr>
      </w:pPr>
      <w:r w:rsidRPr="000F4101">
        <w:rPr>
          <w:rFonts w:eastAsia="Space Mono" w:cs="Space Mono"/>
          <w:lang w:val="fr-FR"/>
        </w:rPr>
        <w:t>Mon rôle - Dévelo</w:t>
      </w:r>
      <w:r w:rsidRPr="000F4101">
        <w:rPr>
          <w:rFonts w:eastAsia="Space Mono" w:cs="Space Mono"/>
          <w:lang w:val="fr-FR"/>
        </w:rPr>
        <w:t>ppeur</w:t>
      </w:r>
    </w:p>
    <w:p w:rsidR="00984CDE" w:rsidRPr="000F4101" w:rsidRDefault="00687BD5">
      <w:pPr>
        <w:pStyle w:val="Small"/>
        <w:keepLines/>
        <w:spacing w:after="530"/>
        <w:rPr>
          <w:rFonts w:hint="eastAsia"/>
          <w:lang w:val="fr-FR"/>
        </w:rPr>
      </w:pPr>
      <w:r w:rsidRPr="000F4101">
        <w:rPr>
          <w:rFonts w:eastAsia="Space Mono" w:cs="Space Mono"/>
          <w:lang w:val="fr-FR"/>
        </w:rPr>
        <w:t xml:space="preserve">Portage </w:t>
      </w:r>
      <w:proofErr w:type="spellStart"/>
      <w:r w:rsidRPr="000F4101">
        <w:rPr>
          <w:rFonts w:eastAsia="Space Mono" w:cs="Space Mono"/>
          <w:lang w:val="fr-FR"/>
        </w:rPr>
        <w:t>NestJS</w:t>
      </w:r>
      <w:proofErr w:type="spellEnd"/>
      <w:r w:rsidRPr="000F4101">
        <w:rPr>
          <w:rFonts w:eastAsia="Space Mono" w:cs="Space Mono"/>
          <w:lang w:val="fr-FR"/>
        </w:rPr>
        <w:t xml:space="preserve"> · Interopérabilité · Import de données</w:t>
      </w:r>
    </w:p>
    <w:p w:rsidR="00984CDE" w:rsidRPr="000F4101" w:rsidRDefault="00687BD5">
      <w:pPr>
        <w:pStyle w:val="Titre3"/>
        <w:keepLines/>
        <w:rPr>
          <w:rFonts w:hint="eastAsia"/>
          <w:lang w:val="fr-FR"/>
        </w:rPr>
      </w:pPr>
      <w:r w:rsidRPr="000F4101">
        <w:rPr>
          <w:rFonts w:eastAsia="Space Mono" w:cs="Space Mono"/>
          <w:lang w:val="fr-FR"/>
        </w:rPr>
        <w:t>01.06 / Audit technique d’une application de tiers payant</w:t>
      </w:r>
    </w:p>
    <w:p w:rsidR="00984CDE" w:rsidRPr="000F4101" w:rsidRDefault="00687BD5">
      <w:pPr>
        <w:pStyle w:val="Label"/>
        <w:keepLines/>
        <w:rPr>
          <w:rFonts w:hint="eastAsia"/>
          <w:lang w:val="fr-FR"/>
        </w:rPr>
      </w:pPr>
      <w:r w:rsidRPr="000F4101">
        <w:rPr>
          <w:rFonts w:eastAsia="Space Mono" w:cs="Space Mono"/>
          <w:lang w:val="fr-FR"/>
        </w:rPr>
        <w:t>ESN cliente - ESN</w:t>
      </w:r>
    </w:p>
    <w:p w:rsidR="00984CDE" w:rsidRPr="000F4101" w:rsidRDefault="00687BD5">
      <w:pPr>
        <w:keepNext/>
        <w:keepLines/>
        <w:rPr>
          <w:rFonts w:hint="eastAsia"/>
          <w:lang w:val="fr-FR"/>
        </w:rPr>
      </w:pPr>
      <w:r w:rsidRPr="000F4101">
        <w:rPr>
          <w:rFonts w:eastAsia="Space Mono" w:cs="Space Mono"/>
          <w:lang w:val="fr-FR"/>
        </w:rPr>
        <w:t xml:space="preserve">Audit technique d’une application de tiers payant dans le contexte des CPAM pour préparer une migration technologique. </w:t>
      </w:r>
      <w:r w:rsidRPr="000F4101">
        <w:rPr>
          <w:rFonts w:eastAsia="Space Mono" w:cs="Space Mono"/>
          <w:lang w:val="fr-FR"/>
        </w:rPr>
        <w:t>J’analyse l’existant, produis le rapport et estime l’effort de migration. J’accompagne également un développeur junior dans la prise en main de WinDev.</w:t>
      </w:r>
    </w:p>
    <w:p w:rsidR="00984CDE" w:rsidRPr="000F4101" w:rsidRDefault="00687BD5">
      <w:pPr>
        <w:pStyle w:val="Small"/>
        <w:keepNext/>
        <w:keepLines/>
        <w:rPr>
          <w:rFonts w:hint="eastAsia"/>
          <w:lang w:val="fr-FR"/>
        </w:rPr>
      </w:pPr>
      <w:r w:rsidRPr="000F4101">
        <w:rPr>
          <w:rFonts w:eastAsia="Space Mono" w:cs="Space Mono"/>
          <w:lang w:val="fr-FR"/>
        </w:rPr>
        <w:t>Mon rôle - Consultant technique</w:t>
      </w:r>
    </w:p>
    <w:p w:rsidR="00984CDE" w:rsidRPr="000F4101" w:rsidRDefault="00687BD5">
      <w:pPr>
        <w:pStyle w:val="Small"/>
        <w:keepLines/>
        <w:spacing w:after="530"/>
        <w:rPr>
          <w:rFonts w:hint="eastAsia"/>
          <w:lang w:val="fr-FR"/>
        </w:rPr>
      </w:pPr>
      <w:r w:rsidRPr="000F4101">
        <w:rPr>
          <w:rFonts w:eastAsia="Space Mono" w:cs="Space Mono"/>
          <w:lang w:val="fr-FR"/>
        </w:rPr>
        <w:t>Audit technique · Rapport de diagnostic · Estimation de migration</w:t>
      </w:r>
    </w:p>
    <w:p w:rsidR="00984CDE" w:rsidRPr="000F4101" w:rsidRDefault="00687BD5">
      <w:pPr>
        <w:pStyle w:val="Titre2"/>
        <w:keepLines/>
        <w:rPr>
          <w:rFonts w:hint="eastAsia"/>
          <w:lang w:val="fr-FR"/>
        </w:rPr>
      </w:pPr>
      <w:r w:rsidRPr="000F4101">
        <w:rPr>
          <w:rFonts w:eastAsia="Space Mono" w:cs="Space Mono"/>
          <w:lang w:val="fr-FR"/>
        </w:rPr>
        <w:t>02 / A</w:t>
      </w:r>
      <w:r w:rsidRPr="000F4101">
        <w:rPr>
          <w:rFonts w:eastAsia="Space Mono" w:cs="Space Mono"/>
          <w:lang w:val="fr-FR"/>
        </w:rPr>
        <w:t>ssurance &amp; services financiers</w:t>
      </w:r>
    </w:p>
    <w:p w:rsidR="00984CDE" w:rsidRPr="000F4101" w:rsidRDefault="00687BD5">
      <w:pPr>
        <w:pStyle w:val="Titre3"/>
        <w:keepLines/>
        <w:rPr>
          <w:rFonts w:hint="eastAsia"/>
          <w:lang w:val="fr-FR"/>
        </w:rPr>
      </w:pPr>
      <w:r w:rsidRPr="000F4101">
        <w:rPr>
          <w:rFonts w:eastAsia="Space Mono" w:cs="Space Mono"/>
          <w:lang w:val="fr-FR"/>
        </w:rPr>
        <w:t>02.01 / Gestion de permanences tripartites</w:t>
      </w:r>
    </w:p>
    <w:p w:rsidR="00984CDE" w:rsidRPr="000F4101" w:rsidRDefault="00687BD5">
      <w:pPr>
        <w:pStyle w:val="Label"/>
        <w:keepLines/>
        <w:rPr>
          <w:rFonts w:hint="eastAsia"/>
          <w:lang w:val="fr-FR"/>
        </w:rPr>
      </w:pPr>
      <w:r w:rsidRPr="000F4101">
        <w:rPr>
          <w:rFonts w:eastAsia="Space Mono" w:cs="Space Mono"/>
          <w:lang w:val="fr-FR"/>
        </w:rPr>
        <w:t>Organisation professionnelle - ESN</w:t>
      </w:r>
    </w:p>
    <w:p w:rsidR="00984CDE" w:rsidRPr="000F4101" w:rsidRDefault="00687BD5">
      <w:pPr>
        <w:keepNext/>
        <w:keepLines/>
        <w:rPr>
          <w:rFonts w:hint="eastAsia"/>
          <w:lang w:val="fr-FR"/>
        </w:rPr>
      </w:pPr>
      <w:r w:rsidRPr="000F4101">
        <w:rPr>
          <w:rFonts w:eastAsia="Space Mono" w:cs="Space Mono"/>
          <w:lang w:val="fr-FR"/>
        </w:rPr>
        <w:t>Création de l’application de gestion des permanences, de la définition du besoin avec la référente métier au déploiement et à son accompagnement. J</w:t>
      </w:r>
      <w:r w:rsidRPr="000F4101">
        <w:rPr>
          <w:rFonts w:eastAsia="Space Mono" w:cs="Space Mono"/>
          <w:lang w:val="fr-FR"/>
        </w:rPr>
        <w:t>e conçois les règles et l’algorithme d’affectation équitable, développe les inscriptions, plannings, rendez-vous et notifications, puis réalise les tests et la livraison.</w:t>
      </w:r>
    </w:p>
    <w:p w:rsidR="00984CDE" w:rsidRPr="000F4101" w:rsidRDefault="00687BD5">
      <w:pPr>
        <w:pStyle w:val="Small"/>
        <w:keepNext/>
        <w:keepLines/>
        <w:rPr>
          <w:rFonts w:hint="eastAsia"/>
          <w:lang w:val="fr-FR"/>
        </w:rPr>
      </w:pPr>
      <w:r w:rsidRPr="000F4101">
        <w:rPr>
          <w:rFonts w:eastAsia="Space Mono" w:cs="Space Mono"/>
          <w:lang w:val="fr-FR"/>
        </w:rPr>
        <w:t>Mon rôle - Chef de projet · Analyste fonctionnel · Développeur</w:t>
      </w:r>
    </w:p>
    <w:p w:rsidR="00984CDE" w:rsidRPr="000F4101" w:rsidRDefault="00687BD5">
      <w:pPr>
        <w:pStyle w:val="Small"/>
        <w:keepLines/>
        <w:spacing w:after="530"/>
        <w:rPr>
          <w:rFonts w:hint="eastAsia"/>
          <w:lang w:val="fr-FR"/>
        </w:rPr>
      </w:pPr>
      <w:r w:rsidRPr="000F4101">
        <w:rPr>
          <w:rFonts w:eastAsia="Space Mono" w:cs="Space Mono"/>
          <w:lang w:val="fr-FR"/>
        </w:rPr>
        <w:t>Définition du besoin ·</w:t>
      </w:r>
      <w:r w:rsidRPr="000F4101">
        <w:rPr>
          <w:rFonts w:eastAsia="Space Mono" w:cs="Space Mono"/>
          <w:lang w:val="fr-FR"/>
        </w:rPr>
        <w:t xml:space="preserve"> Affectation équitable · Planification</w:t>
      </w:r>
    </w:p>
    <w:p w:rsidR="00984CDE" w:rsidRPr="000F4101" w:rsidRDefault="00687BD5">
      <w:pPr>
        <w:pStyle w:val="Titre3"/>
        <w:keepLines/>
        <w:rPr>
          <w:rFonts w:hint="eastAsia"/>
          <w:lang w:val="fr-FR"/>
        </w:rPr>
      </w:pPr>
      <w:r w:rsidRPr="000F4101">
        <w:rPr>
          <w:rFonts w:eastAsia="Space Mono" w:cs="Space Mono"/>
          <w:lang w:val="fr-FR"/>
        </w:rPr>
        <w:t xml:space="preserve">02.02 / Migration </w:t>
      </w:r>
      <w:proofErr w:type="spellStart"/>
      <w:r w:rsidRPr="000F4101">
        <w:rPr>
          <w:rFonts w:eastAsia="Space Mono" w:cs="Space Mono"/>
          <w:lang w:val="fr-FR"/>
        </w:rPr>
        <w:t>WebDev</w:t>
      </w:r>
      <w:proofErr w:type="spellEnd"/>
      <w:r w:rsidRPr="000F4101">
        <w:rPr>
          <w:rFonts w:eastAsia="Space Mono" w:cs="Space Mono"/>
          <w:lang w:val="fr-FR"/>
        </w:rPr>
        <w:t xml:space="preserve"> et évolutions progicielles</w:t>
      </w:r>
    </w:p>
    <w:p w:rsidR="00984CDE" w:rsidRPr="000F4101" w:rsidRDefault="00687BD5">
      <w:pPr>
        <w:pStyle w:val="Label"/>
        <w:keepLines/>
        <w:rPr>
          <w:rFonts w:hint="eastAsia"/>
          <w:lang w:val="fr-FR"/>
        </w:rPr>
      </w:pPr>
      <w:r w:rsidRPr="000F4101">
        <w:rPr>
          <w:rFonts w:eastAsia="Space Mono" w:cs="Space Mono"/>
          <w:lang w:val="fr-FR"/>
        </w:rPr>
        <w:t>Assureur - ESN · activité freelance</w:t>
      </w:r>
    </w:p>
    <w:p w:rsidR="00984CDE" w:rsidRPr="000F4101" w:rsidRDefault="00687BD5">
      <w:pPr>
        <w:keepNext/>
        <w:keepLines/>
        <w:rPr>
          <w:rFonts w:hint="eastAsia"/>
          <w:lang w:val="fr-FR"/>
        </w:rPr>
      </w:pPr>
      <w:r w:rsidRPr="000F4101">
        <w:rPr>
          <w:rFonts w:eastAsia="Space Mono" w:cs="Space Mono"/>
          <w:lang w:val="fr-FR"/>
        </w:rPr>
        <w:t xml:space="preserve">Migration </w:t>
      </w:r>
      <w:proofErr w:type="spellStart"/>
      <w:r w:rsidRPr="000F4101">
        <w:rPr>
          <w:rFonts w:eastAsia="Space Mono" w:cs="Space Mono"/>
          <w:lang w:val="fr-FR"/>
        </w:rPr>
        <w:t>WebDev</w:t>
      </w:r>
      <w:proofErr w:type="spellEnd"/>
      <w:r w:rsidRPr="000F4101">
        <w:rPr>
          <w:rFonts w:eastAsia="Space Mono" w:cs="Space Mono"/>
          <w:lang w:val="fr-FR"/>
        </w:rPr>
        <w:t xml:space="preserve"> et maintenance corrective et évolutive d’applications non documentées. Interlocuteur direct de l’utilisatrice ré</w:t>
      </w:r>
      <w:r w:rsidRPr="000F4101">
        <w:rPr>
          <w:rFonts w:eastAsia="Space Mono" w:cs="Space Mono"/>
          <w:lang w:val="fr-FR"/>
        </w:rPr>
        <w:t>férente du service Sinistres, je clarifie ses demandes, reconstitue les règles métier à partir du code et des données, développe les évolutions et assure déploiements et accompagnement individuel.</w:t>
      </w:r>
    </w:p>
    <w:p w:rsidR="00984CDE" w:rsidRPr="000F4101" w:rsidRDefault="00687BD5">
      <w:pPr>
        <w:pStyle w:val="Small"/>
        <w:keepNext/>
        <w:keepLines/>
        <w:rPr>
          <w:rFonts w:hint="eastAsia"/>
          <w:lang w:val="fr-FR"/>
        </w:rPr>
      </w:pPr>
      <w:r w:rsidRPr="000F4101">
        <w:rPr>
          <w:rFonts w:eastAsia="Space Mono" w:cs="Space Mono"/>
          <w:lang w:val="fr-FR"/>
        </w:rPr>
        <w:t>Mon rôle - Chef de projet · Analyste fonctionnel · Développ</w:t>
      </w:r>
      <w:r w:rsidRPr="000F4101">
        <w:rPr>
          <w:rFonts w:eastAsia="Space Mono" w:cs="Space Mono"/>
          <w:lang w:val="fr-FR"/>
        </w:rPr>
        <w:t>eur</w:t>
      </w:r>
    </w:p>
    <w:p w:rsidR="00984CDE" w:rsidRPr="000F4101" w:rsidRDefault="00687BD5">
      <w:pPr>
        <w:pStyle w:val="Small"/>
        <w:keepLines/>
        <w:spacing w:after="530"/>
        <w:rPr>
          <w:rFonts w:hint="eastAsia"/>
          <w:lang w:val="fr-FR"/>
        </w:rPr>
      </w:pPr>
      <w:r w:rsidRPr="000F4101">
        <w:rPr>
          <w:rFonts w:eastAsia="Space Mono" w:cs="Space Mono"/>
          <w:lang w:val="fr-FR"/>
        </w:rPr>
        <w:t>Analyse de l’existant · Relation métier · Maintenance évolutive</w:t>
      </w:r>
    </w:p>
    <w:p w:rsidR="00984CDE" w:rsidRPr="000F4101" w:rsidRDefault="00687BD5">
      <w:pPr>
        <w:pStyle w:val="Titre3"/>
        <w:keepLines/>
        <w:rPr>
          <w:rFonts w:hint="eastAsia"/>
          <w:lang w:val="fr-FR"/>
        </w:rPr>
      </w:pPr>
      <w:r w:rsidRPr="000F4101">
        <w:rPr>
          <w:rFonts w:eastAsia="Space Mono" w:cs="Space Mono"/>
          <w:lang w:val="fr-FR"/>
        </w:rPr>
        <w:lastRenderedPageBreak/>
        <w:t>02.03 / Audit des traitements de données personnelles</w:t>
      </w:r>
    </w:p>
    <w:p w:rsidR="00984CDE" w:rsidRPr="000F4101" w:rsidRDefault="00687BD5">
      <w:pPr>
        <w:pStyle w:val="Label"/>
        <w:keepLines/>
        <w:rPr>
          <w:rFonts w:hint="eastAsia"/>
          <w:lang w:val="fr-FR"/>
        </w:rPr>
      </w:pPr>
      <w:r w:rsidRPr="000F4101">
        <w:rPr>
          <w:rFonts w:eastAsia="Space Mono" w:cs="Space Mono"/>
          <w:lang w:val="fr-FR"/>
        </w:rPr>
        <w:t>Cabinet d’expertise comptable - ESN</w:t>
      </w:r>
    </w:p>
    <w:p w:rsidR="00984CDE" w:rsidRPr="000F4101" w:rsidRDefault="00687BD5">
      <w:pPr>
        <w:keepNext/>
        <w:keepLines/>
        <w:rPr>
          <w:rFonts w:hint="eastAsia"/>
          <w:lang w:val="fr-FR"/>
        </w:rPr>
      </w:pPr>
      <w:r w:rsidRPr="000F4101">
        <w:rPr>
          <w:rFonts w:eastAsia="Space Mono" w:cs="Space Mono"/>
          <w:lang w:val="fr-FR"/>
        </w:rPr>
        <w:t xml:space="preserve">Audit des traitements de données personnelles d’un cabinet d’expertise comptable. Après une </w:t>
      </w:r>
      <w:r w:rsidRPr="000F4101">
        <w:rPr>
          <w:rFonts w:eastAsia="Space Mono" w:cs="Space Mono"/>
          <w:lang w:val="fr-FR"/>
        </w:rPr>
        <w:t>certification DPO, je participe à l’investigation métier par questionnaire et entretien avec une responsable de service, à l’inventaire des outils, à la cartographie des flux et au travail sur le registre des traitements.</w:t>
      </w:r>
    </w:p>
    <w:p w:rsidR="00984CDE" w:rsidRPr="000F4101" w:rsidRDefault="00687BD5">
      <w:pPr>
        <w:pStyle w:val="Small"/>
        <w:keepNext/>
        <w:keepLines/>
        <w:rPr>
          <w:rFonts w:hint="eastAsia"/>
          <w:lang w:val="fr-FR"/>
        </w:rPr>
      </w:pPr>
      <w:r w:rsidRPr="000F4101">
        <w:rPr>
          <w:rFonts w:eastAsia="Space Mono" w:cs="Space Mono"/>
          <w:lang w:val="fr-FR"/>
        </w:rPr>
        <w:t xml:space="preserve">Mon rôle - Analyste fonctionnel · </w:t>
      </w:r>
      <w:r w:rsidRPr="000F4101">
        <w:rPr>
          <w:rFonts w:eastAsia="Space Mono" w:cs="Space Mono"/>
          <w:lang w:val="fr-FR"/>
        </w:rPr>
        <w:t>Consultant RGPD</w:t>
      </w:r>
    </w:p>
    <w:p w:rsidR="00984CDE" w:rsidRPr="000F4101" w:rsidRDefault="00687BD5">
      <w:pPr>
        <w:pStyle w:val="Small"/>
        <w:keepLines/>
        <w:spacing w:after="530"/>
        <w:rPr>
          <w:rFonts w:hint="eastAsia"/>
          <w:lang w:val="fr-FR"/>
        </w:rPr>
      </w:pPr>
      <w:r w:rsidRPr="000F4101">
        <w:rPr>
          <w:rFonts w:eastAsia="Space Mono" w:cs="Space Mono"/>
          <w:lang w:val="fr-FR"/>
        </w:rPr>
        <w:t>Entretiens métier · Cartographie des flux · Registre des traitements</w:t>
      </w:r>
    </w:p>
    <w:p w:rsidR="00984CDE" w:rsidRPr="000F4101" w:rsidRDefault="00687BD5">
      <w:pPr>
        <w:pStyle w:val="Titre2"/>
        <w:keepLines/>
        <w:rPr>
          <w:rFonts w:hint="eastAsia"/>
          <w:lang w:val="fr-FR"/>
        </w:rPr>
      </w:pPr>
      <w:r w:rsidRPr="000F4101">
        <w:rPr>
          <w:rFonts w:eastAsia="Space Mono" w:cs="Space Mono"/>
          <w:lang w:val="fr-FR"/>
        </w:rPr>
        <w:t>03 / Immobilier, logement social &amp; construction</w:t>
      </w:r>
    </w:p>
    <w:p w:rsidR="00984CDE" w:rsidRPr="000F4101" w:rsidRDefault="00687BD5">
      <w:pPr>
        <w:pStyle w:val="Titre3"/>
        <w:keepLines/>
        <w:rPr>
          <w:rFonts w:hint="eastAsia"/>
          <w:lang w:val="fr-FR"/>
        </w:rPr>
      </w:pPr>
      <w:r w:rsidRPr="000F4101">
        <w:rPr>
          <w:rFonts w:eastAsia="Space Mono" w:cs="Space Mono"/>
          <w:lang w:val="fr-FR"/>
        </w:rPr>
        <w:t>03.01 / Gestion des lots vacants</w:t>
      </w:r>
    </w:p>
    <w:p w:rsidR="00984CDE" w:rsidRPr="000F4101" w:rsidRDefault="00687BD5">
      <w:pPr>
        <w:pStyle w:val="Label"/>
        <w:keepLines/>
        <w:rPr>
          <w:rFonts w:hint="eastAsia"/>
          <w:lang w:val="fr-FR"/>
        </w:rPr>
      </w:pPr>
      <w:r w:rsidRPr="000F4101">
        <w:rPr>
          <w:rFonts w:eastAsia="Space Mono" w:cs="Space Mono"/>
          <w:lang w:val="fr-FR"/>
        </w:rPr>
        <w:t>Bailleur social - ESN</w:t>
      </w:r>
    </w:p>
    <w:p w:rsidR="00984CDE" w:rsidRPr="000F4101" w:rsidRDefault="00687BD5">
      <w:pPr>
        <w:keepNext/>
        <w:keepLines/>
        <w:rPr>
          <w:rFonts w:hint="eastAsia"/>
          <w:lang w:val="fr-FR"/>
        </w:rPr>
      </w:pPr>
      <w:r w:rsidRPr="000F4101">
        <w:rPr>
          <w:rFonts w:eastAsia="Space Mono" w:cs="Space Mono"/>
          <w:lang w:val="fr-FR"/>
        </w:rPr>
        <w:t>Projet métier long et complexe, mené sur environ un an puis prolongé</w:t>
      </w:r>
      <w:r w:rsidRPr="000F4101">
        <w:rPr>
          <w:rFonts w:eastAsia="Space Mono" w:cs="Space Mono"/>
          <w:lang w:val="fr-FR"/>
        </w:rPr>
        <w:t xml:space="preserve"> par des évolutions, pour coordonner plusieurs entités entre deux locations. Responsable de bout en bout et interlocuteur principal du chef de projet client, j’analyse le cahier des charges, chiffre, conçois et développe les workflows et intégrations d’API</w:t>
      </w:r>
      <w:r w:rsidRPr="000F4101">
        <w:rPr>
          <w:rFonts w:eastAsia="Space Mono" w:cs="Space Mono"/>
          <w:lang w:val="fr-FR"/>
        </w:rPr>
        <w:t>. Je suis les livraisons par itération, la recette, le déploiement et la maintenance.</w:t>
      </w:r>
    </w:p>
    <w:p w:rsidR="00984CDE" w:rsidRPr="000F4101" w:rsidRDefault="00687BD5">
      <w:pPr>
        <w:pStyle w:val="Small"/>
        <w:keepNext/>
        <w:keepLines/>
        <w:rPr>
          <w:rFonts w:hint="eastAsia"/>
          <w:lang w:val="fr-FR"/>
        </w:rPr>
      </w:pPr>
      <w:r w:rsidRPr="000F4101">
        <w:rPr>
          <w:rFonts w:eastAsia="Space Mono" w:cs="Space Mono"/>
          <w:lang w:val="fr-FR"/>
        </w:rPr>
        <w:t>Mon rôle - Chef de projet · Analyste fonctionnel · Développeur</w:t>
      </w:r>
    </w:p>
    <w:p w:rsidR="00984CDE" w:rsidRPr="000F4101" w:rsidRDefault="00687BD5">
      <w:pPr>
        <w:pStyle w:val="Small"/>
        <w:keepLines/>
        <w:spacing w:after="530"/>
        <w:rPr>
          <w:rFonts w:hint="eastAsia"/>
          <w:lang w:val="fr-FR"/>
        </w:rPr>
      </w:pPr>
      <w:r w:rsidRPr="000F4101">
        <w:rPr>
          <w:rFonts w:eastAsia="Space Mono" w:cs="Space Mono"/>
          <w:lang w:val="fr-FR"/>
        </w:rPr>
        <w:t>Workflows multi-entités · Intégration SI · Livraisons par itération</w:t>
      </w:r>
    </w:p>
    <w:p w:rsidR="00984CDE" w:rsidRPr="000F4101" w:rsidRDefault="00687BD5">
      <w:pPr>
        <w:pStyle w:val="Titre3"/>
        <w:keepLines/>
        <w:rPr>
          <w:rFonts w:hint="eastAsia"/>
          <w:lang w:val="fr-FR"/>
        </w:rPr>
      </w:pPr>
      <w:r w:rsidRPr="000F4101">
        <w:rPr>
          <w:rFonts w:eastAsia="Space Mono" w:cs="Space Mono"/>
          <w:lang w:val="fr-FR"/>
        </w:rPr>
        <w:t xml:space="preserve">03.02 / Contrôle ménager des parties </w:t>
      </w:r>
      <w:r w:rsidRPr="000F4101">
        <w:rPr>
          <w:rFonts w:eastAsia="Space Mono" w:cs="Space Mono"/>
          <w:lang w:val="fr-FR"/>
        </w:rPr>
        <w:t>communes</w:t>
      </w:r>
    </w:p>
    <w:p w:rsidR="00984CDE" w:rsidRPr="000F4101" w:rsidRDefault="00687BD5">
      <w:pPr>
        <w:pStyle w:val="Label"/>
        <w:keepLines/>
        <w:rPr>
          <w:rFonts w:hint="eastAsia"/>
          <w:lang w:val="fr-FR"/>
        </w:rPr>
      </w:pPr>
      <w:r w:rsidRPr="000F4101">
        <w:rPr>
          <w:rFonts w:eastAsia="Space Mono" w:cs="Space Mono"/>
          <w:lang w:val="fr-FR"/>
        </w:rPr>
        <w:t>Bailleur social - ESN</w:t>
      </w:r>
    </w:p>
    <w:p w:rsidR="00984CDE" w:rsidRPr="000F4101" w:rsidRDefault="00687BD5">
      <w:pPr>
        <w:keepNext/>
        <w:keepLines/>
        <w:rPr>
          <w:rFonts w:hint="eastAsia"/>
          <w:lang w:val="fr-FR"/>
        </w:rPr>
      </w:pPr>
      <w:r w:rsidRPr="000F4101">
        <w:rPr>
          <w:rFonts w:eastAsia="Space Mono" w:cs="Space Mono"/>
          <w:lang w:val="fr-FR"/>
        </w:rPr>
        <w:t xml:space="preserve">Dématérialisation des contrôles ménagers à l’échelle d’un patrimoine immobilier : pilotage web, saisie mobile, synchronisation, notation et </w:t>
      </w:r>
      <w:proofErr w:type="spellStart"/>
      <w:r w:rsidRPr="000F4101">
        <w:rPr>
          <w:rFonts w:eastAsia="Space Mono" w:cs="Space Mono"/>
          <w:lang w:val="fr-FR"/>
        </w:rPr>
        <w:t>replanification</w:t>
      </w:r>
      <w:proofErr w:type="spellEnd"/>
      <w:r w:rsidRPr="000F4101">
        <w:rPr>
          <w:rFonts w:eastAsia="Space Mono" w:cs="Space Mono"/>
          <w:lang w:val="fr-FR"/>
        </w:rPr>
        <w:t xml:space="preserve">. À partir d’un cahier des charges, je produis le chiffrage et assure </w:t>
      </w:r>
      <w:r w:rsidRPr="000F4101">
        <w:rPr>
          <w:rFonts w:eastAsia="Space Mono" w:cs="Space Mono"/>
          <w:lang w:val="fr-FR"/>
        </w:rPr>
        <w:t>la relation client, la conception et le suivi de réalisation en équipe, jusqu’à la recette, la livraison et la maintenance.</w:t>
      </w:r>
    </w:p>
    <w:p w:rsidR="00984CDE" w:rsidRPr="000F4101" w:rsidRDefault="00687BD5">
      <w:pPr>
        <w:pStyle w:val="Small"/>
        <w:keepNext/>
        <w:keepLines/>
        <w:rPr>
          <w:rFonts w:hint="eastAsia"/>
          <w:lang w:val="fr-FR"/>
        </w:rPr>
      </w:pPr>
      <w:r w:rsidRPr="000F4101">
        <w:rPr>
          <w:rFonts w:eastAsia="Space Mono" w:cs="Space Mono"/>
          <w:lang w:val="fr-FR"/>
        </w:rPr>
        <w:t>Mon rôle - Chef de projet · Analyste fonctionnel · Développeur</w:t>
      </w:r>
    </w:p>
    <w:p w:rsidR="00984CDE" w:rsidRPr="000F4101" w:rsidRDefault="00687BD5">
      <w:pPr>
        <w:pStyle w:val="Small"/>
        <w:keepLines/>
        <w:spacing w:after="530"/>
        <w:rPr>
          <w:rFonts w:hint="eastAsia"/>
          <w:lang w:val="fr-FR"/>
        </w:rPr>
      </w:pPr>
      <w:r w:rsidRPr="000F4101">
        <w:rPr>
          <w:rFonts w:eastAsia="Space Mono" w:cs="Space Mono"/>
          <w:lang w:val="fr-FR"/>
        </w:rPr>
        <w:t>Web et mobile · Planification des contrôles · Recette métier</w:t>
      </w:r>
    </w:p>
    <w:p w:rsidR="00984CDE" w:rsidRPr="000F4101" w:rsidRDefault="00687BD5">
      <w:pPr>
        <w:pStyle w:val="Titre3"/>
        <w:keepLines/>
        <w:rPr>
          <w:rFonts w:hint="eastAsia"/>
          <w:lang w:val="fr-FR"/>
        </w:rPr>
      </w:pPr>
      <w:r w:rsidRPr="000F4101">
        <w:rPr>
          <w:rFonts w:eastAsia="Space Mono" w:cs="Space Mono"/>
          <w:lang w:val="fr-FR"/>
        </w:rPr>
        <w:t xml:space="preserve">03.03 / </w:t>
      </w:r>
      <w:r w:rsidRPr="000F4101">
        <w:rPr>
          <w:rFonts w:eastAsia="Space Mono" w:cs="Space Mono"/>
          <w:lang w:val="fr-FR"/>
        </w:rPr>
        <w:t>Suivi immobilier et appels de fonds</w:t>
      </w:r>
    </w:p>
    <w:p w:rsidR="00984CDE" w:rsidRPr="000F4101" w:rsidRDefault="00687BD5">
      <w:pPr>
        <w:pStyle w:val="Label"/>
        <w:keepLines/>
        <w:rPr>
          <w:rFonts w:hint="eastAsia"/>
          <w:lang w:val="fr-FR"/>
        </w:rPr>
      </w:pPr>
      <w:r w:rsidRPr="000F4101">
        <w:rPr>
          <w:rFonts w:eastAsia="Space Mono" w:cs="Space Mono"/>
          <w:lang w:val="fr-FR"/>
        </w:rPr>
        <w:t>Promoteur immobilier - ESN</w:t>
      </w:r>
    </w:p>
    <w:p w:rsidR="00984CDE" w:rsidRPr="000F4101" w:rsidRDefault="00687BD5">
      <w:pPr>
        <w:keepNext/>
        <w:keepLines/>
        <w:rPr>
          <w:rFonts w:hint="eastAsia"/>
          <w:lang w:val="fr-FR"/>
        </w:rPr>
      </w:pPr>
      <w:r w:rsidRPr="000F4101">
        <w:rPr>
          <w:rFonts w:eastAsia="Space Mono" w:cs="Space Mono"/>
          <w:lang w:val="fr-FR"/>
        </w:rPr>
        <w:t>Application de suivi immobilier reliant phases de travaux, lots, circuits de validation, appels de fonds et documents. Responsable de la réalisation jusqu’au déploiement, j’analyse les éléments</w:t>
      </w:r>
      <w:r w:rsidRPr="000F4101">
        <w:rPr>
          <w:rFonts w:eastAsia="Space Mono" w:cs="Space Mono"/>
          <w:lang w:val="fr-FR"/>
        </w:rPr>
        <w:t xml:space="preserve"> fournis, échange avec les interlocuteurs et développe les fonctions métier, la gestion documentaire connectée au photocopieur, les notifications et les mises à jour par patch.</w:t>
      </w:r>
    </w:p>
    <w:p w:rsidR="00984CDE" w:rsidRPr="000F4101" w:rsidRDefault="00687BD5">
      <w:pPr>
        <w:pStyle w:val="Small"/>
        <w:keepNext/>
        <w:keepLines/>
        <w:rPr>
          <w:rFonts w:hint="eastAsia"/>
          <w:lang w:val="fr-FR"/>
        </w:rPr>
      </w:pPr>
      <w:r w:rsidRPr="000F4101">
        <w:rPr>
          <w:rFonts w:eastAsia="Space Mono" w:cs="Space Mono"/>
          <w:lang w:val="fr-FR"/>
        </w:rPr>
        <w:t>Mon rôle - Analyste fonctionnel · Développeur</w:t>
      </w:r>
    </w:p>
    <w:p w:rsidR="00984CDE" w:rsidRPr="000F4101" w:rsidRDefault="00687BD5">
      <w:pPr>
        <w:pStyle w:val="Small"/>
        <w:keepLines/>
        <w:spacing w:after="530"/>
        <w:rPr>
          <w:rFonts w:hint="eastAsia"/>
          <w:lang w:val="fr-FR"/>
        </w:rPr>
      </w:pPr>
      <w:r w:rsidRPr="000F4101">
        <w:rPr>
          <w:rFonts w:eastAsia="Space Mono" w:cs="Space Mono"/>
          <w:lang w:val="fr-FR"/>
        </w:rPr>
        <w:t xml:space="preserve">Circuits de validation · Gestion </w:t>
      </w:r>
      <w:r w:rsidRPr="000F4101">
        <w:rPr>
          <w:rFonts w:eastAsia="Space Mono" w:cs="Space Mono"/>
          <w:lang w:val="fr-FR"/>
        </w:rPr>
        <w:t>documentaire · Appels de fonds</w:t>
      </w:r>
    </w:p>
    <w:p w:rsidR="00984CDE" w:rsidRPr="000F4101" w:rsidRDefault="00687BD5">
      <w:pPr>
        <w:pStyle w:val="Titre3"/>
        <w:keepLines/>
        <w:rPr>
          <w:rFonts w:hint="eastAsia"/>
          <w:lang w:val="fr-FR"/>
        </w:rPr>
      </w:pPr>
      <w:r w:rsidRPr="000F4101">
        <w:rPr>
          <w:rFonts w:eastAsia="Space Mono" w:cs="Space Mono"/>
          <w:lang w:val="fr-FR"/>
        </w:rPr>
        <w:lastRenderedPageBreak/>
        <w:t>03.04 / Digitalisation du planning de chantier</w:t>
      </w:r>
    </w:p>
    <w:p w:rsidR="00984CDE" w:rsidRPr="000F4101" w:rsidRDefault="00687BD5">
      <w:pPr>
        <w:pStyle w:val="Label"/>
        <w:keepLines/>
        <w:rPr>
          <w:rFonts w:hint="eastAsia"/>
          <w:lang w:val="fr-FR"/>
        </w:rPr>
      </w:pPr>
      <w:r w:rsidRPr="000F4101">
        <w:rPr>
          <w:rFonts w:eastAsia="Space Mono" w:cs="Space Mono"/>
          <w:lang w:val="fr-FR"/>
        </w:rPr>
        <w:t>Entreprise de travaux publics - ESN</w:t>
      </w:r>
    </w:p>
    <w:p w:rsidR="00984CDE" w:rsidRPr="000F4101" w:rsidRDefault="00687BD5">
      <w:pPr>
        <w:keepNext/>
        <w:keepLines/>
        <w:rPr>
          <w:rFonts w:hint="eastAsia"/>
          <w:lang w:val="fr-FR"/>
        </w:rPr>
      </w:pPr>
      <w:r w:rsidRPr="000F4101">
        <w:rPr>
          <w:rFonts w:eastAsia="Space Mono" w:cs="Space Mono"/>
          <w:lang w:val="fr-FR"/>
        </w:rPr>
        <w:t>Digitalisation de la gestion du planning de chantier et des affectations des équipes et du matériel. Je développe l’application et l’accompagn</w:t>
      </w:r>
      <w:r w:rsidRPr="000F4101">
        <w:rPr>
          <w:rFonts w:eastAsia="Space Mono" w:cs="Space Mono"/>
          <w:lang w:val="fr-FR"/>
        </w:rPr>
        <w:t>e jusqu’au déploiement, en intégrant disponibilités, conducteurs, permis, habilitations et pannes, ainsi que les interactions de planning, la saisie des temps et les états.</w:t>
      </w:r>
    </w:p>
    <w:p w:rsidR="00984CDE" w:rsidRPr="000F4101" w:rsidRDefault="00687BD5">
      <w:pPr>
        <w:pStyle w:val="Small"/>
        <w:keepNext/>
        <w:keepLines/>
        <w:rPr>
          <w:rFonts w:hint="eastAsia"/>
          <w:lang w:val="fr-FR"/>
        </w:rPr>
      </w:pPr>
      <w:r w:rsidRPr="000F4101">
        <w:rPr>
          <w:rFonts w:eastAsia="Space Mono" w:cs="Space Mono"/>
          <w:lang w:val="fr-FR"/>
        </w:rPr>
        <w:t>Mon rôle - Analyste fonctionnel · Développeur</w:t>
      </w:r>
    </w:p>
    <w:p w:rsidR="00984CDE" w:rsidRPr="000F4101" w:rsidRDefault="00687BD5">
      <w:pPr>
        <w:pStyle w:val="Small"/>
        <w:keepLines/>
        <w:spacing w:after="530"/>
        <w:rPr>
          <w:rFonts w:hint="eastAsia"/>
          <w:lang w:val="fr-FR"/>
        </w:rPr>
      </w:pPr>
      <w:r w:rsidRPr="000F4101">
        <w:rPr>
          <w:rFonts w:eastAsia="Space Mono" w:cs="Space Mono"/>
          <w:lang w:val="fr-FR"/>
        </w:rPr>
        <w:t>Planification · Affectation des resso</w:t>
      </w:r>
      <w:r w:rsidRPr="000F4101">
        <w:rPr>
          <w:rFonts w:eastAsia="Space Mono" w:cs="Space Mono"/>
          <w:lang w:val="fr-FR"/>
        </w:rPr>
        <w:t>urces · Contraintes opérationnelles</w:t>
      </w:r>
    </w:p>
    <w:p w:rsidR="00984CDE" w:rsidRPr="000F4101" w:rsidRDefault="00687BD5">
      <w:pPr>
        <w:pStyle w:val="Titre2"/>
        <w:keepLines/>
        <w:rPr>
          <w:rFonts w:hint="eastAsia"/>
          <w:lang w:val="fr-FR"/>
        </w:rPr>
      </w:pPr>
      <w:r w:rsidRPr="000F4101">
        <w:rPr>
          <w:rFonts w:eastAsia="Space Mono" w:cs="Space Mono"/>
          <w:lang w:val="fr-FR"/>
        </w:rPr>
        <w:t>04 / Industrie &amp; logistique</w:t>
      </w:r>
    </w:p>
    <w:p w:rsidR="00984CDE" w:rsidRPr="000F4101" w:rsidRDefault="00687BD5">
      <w:pPr>
        <w:pStyle w:val="Titre3"/>
        <w:keepLines/>
        <w:rPr>
          <w:rFonts w:hint="eastAsia"/>
          <w:lang w:val="fr-FR"/>
        </w:rPr>
      </w:pPr>
      <w:r w:rsidRPr="000F4101">
        <w:rPr>
          <w:rFonts w:eastAsia="Space Mono" w:cs="Space Mono"/>
          <w:lang w:val="fr-FR"/>
        </w:rPr>
        <w:t>04.01 / Diagnostic et optimisation d’un ERP</w:t>
      </w:r>
    </w:p>
    <w:p w:rsidR="00984CDE" w:rsidRPr="000F4101" w:rsidRDefault="00687BD5">
      <w:pPr>
        <w:pStyle w:val="Label"/>
        <w:keepLines/>
        <w:rPr>
          <w:rFonts w:hint="eastAsia"/>
          <w:lang w:val="fr-FR"/>
        </w:rPr>
      </w:pPr>
      <w:r w:rsidRPr="000F4101">
        <w:rPr>
          <w:rFonts w:eastAsia="Space Mono" w:cs="Space Mono"/>
          <w:lang w:val="fr-FR"/>
        </w:rPr>
        <w:t>Industrie agroalimentaire - ESN</w:t>
      </w:r>
    </w:p>
    <w:p w:rsidR="00984CDE" w:rsidRPr="000F4101" w:rsidRDefault="00687BD5">
      <w:pPr>
        <w:keepNext/>
        <w:keepLines/>
        <w:rPr>
          <w:rFonts w:hint="eastAsia"/>
          <w:lang w:val="fr-FR"/>
        </w:rPr>
      </w:pPr>
      <w:r w:rsidRPr="000F4101">
        <w:rPr>
          <w:rFonts w:eastAsia="Space Mono" w:cs="Space Mono"/>
          <w:lang w:val="fr-FR"/>
        </w:rPr>
        <w:t xml:space="preserve">Intervention sur site comme expert </w:t>
      </w:r>
      <w:proofErr w:type="spellStart"/>
      <w:r w:rsidRPr="000F4101">
        <w:rPr>
          <w:rFonts w:eastAsia="Space Mono" w:cs="Space Mono"/>
          <w:lang w:val="fr-FR"/>
        </w:rPr>
        <w:t>PCSoft</w:t>
      </w:r>
      <w:proofErr w:type="spellEnd"/>
      <w:r w:rsidRPr="000F4101">
        <w:rPr>
          <w:rFonts w:eastAsia="Space Mono" w:cs="Space Mono"/>
          <w:lang w:val="fr-FR"/>
        </w:rPr>
        <w:t xml:space="preserve"> pour diagnostiquer les lenteurs d’un ERP agroalimentaire. J’identifie les </w:t>
      </w:r>
      <w:r w:rsidRPr="000F4101">
        <w:rPr>
          <w:rFonts w:eastAsia="Space Mono" w:cs="Space Mono"/>
          <w:lang w:val="fr-FR"/>
        </w:rPr>
        <w:t>traitements coûteux, modifie la base de données, optimise les requêtes SQL et le remplissage des tableaux, puis corrige l’application pour améliorer ses temps de réponse.</w:t>
      </w:r>
    </w:p>
    <w:p w:rsidR="00984CDE" w:rsidRPr="000F4101" w:rsidRDefault="00687BD5">
      <w:pPr>
        <w:pStyle w:val="Small"/>
        <w:keepNext/>
        <w:keepLines/>
        <w:rPr>
          <w:rFonts w:hint="eastAsia"/>
          <w:lang w:val="fr-FR"/>
        </w:rPr>
      </w:pPr>
      <w:r w:rsidRPr="000F4101">
        <w:rPr>
          <w:rFonts w:eastAsia="Space Mono" w:cs="Space Mono"/>
          <w:lang w:val="fr-FR"/>
        </w:rPr>
        <w:t>Mon rôle - Consultant technique · Développeur</w:t>
      </w:r>
    </w:p>
    <w:p w:rsidR="00984CDE" w:rsidRPr="000F4101" w:rsidRDefault="00687BD5">
      <w:pPr>
        <w:pStyle w:val="Small"/>
        <w:keepLines/>
        <w:spacing w:after="530"/>
        <w:rPr>
          <w:rFonts w:hint="eastAsia"/>
          <w:lang w:val="fr-FR"/>
        </w:rPr>
      </w:pPr>
      <w:r w:rsidRPr="000F4101">
        <w:rPr>
          <w:rFonts w:eastAsia="Space Mono" w:cs="Space Mono"/>
          <w:lang w:val="fr-FR"/>
        </w:rPr>
        <w:t>Diagnostic de performance · Optimisatio</w:t>
      </w:r>
      <w:r w:rsidRPr="000F4101">
        <w:rPr>
          <w:rFonts w:eastAsia="Space Mono" w:cs="Space Mono"/>
          <w:lang w:val="fr-FR"/>
        </w:rPr>
        <w:t>n SQL · Corrections applicatives</w:t>
      </w:r>
    </w:p>
    <w:p w:rsidR="00984CDE" w:rsidRPr="000F4101" w:rsidRDefault="00687BD5">
      <w:pPr>
        <w:pStyle w:val="Titre3"/>
        <w:keepLines/>
        <w:rPr>
          <w:rFonts w:hint="eastAsia"/>
          <w:lang w:val="fr-FR"/>
        </w:rPr>
      </w:pPr>
      <w:r w:rsidRPr="000F4101">
        <w:rPr>
          <w:rFonts w:eastAsia="Space Mono" w:cs="Space Mono"/>
          <w:lang w:val="fr-FR"/>
        </w:rPr>
        <w:t>04.02 / Gestion des schémas logistiques</w:t>
      </w:r>
    </w:p>
    <w:p w:rsidR="00984CDE" w:rsidRPr="000F4101" w:rsidRDefault="00687BD5">
      <w:pPr>
        <w:pStyle w:val="Label"/>
        <w:keepLines/>
        <w:rPr>
          <w:rFonts w:hint="eastAsia"/>
          <w:lang w:val="fr-FR"/>
        </w:rPr>
      </w:pPr>
      <w:r w:rsidRPr="000F4101">
        <w:rPr>
          <w:rFonts w:eastAsia="Space Mono" w:cs="Space Mono"/>
          <w:lang w:val="fr-FR"/>
        </w:rPr>
        <w:t>Éditeur de solutions logistiques - ESN · FLUX Chaîne de restauration / Transporteur</w:t>
      </w:r>
    </w:p>
    <w:p w:rsidR="00984CDE" w:rsidRPr="000F4101" w:rsidRDefault="00687BD5">
      <w:pPr>
        <w:keepNext/>
        <w:keepLines/>
        <w:rPr>
          <w:rFonts w:hint="eastAsia"/>
          <w:lang w:val="fr-FR"/>
        </w:rPr>
      </w:pPr>
      <w:r w:rsidRPr="000F4101">
        <w:rPr>
          <w:rFonts w:eastAsia="Space Mono" w:cs="Space Mono"/>
          <w:lang w:val="fr-FR"/>
        </w:rPr>
        <w:t>Développement de la gestion des schémas logistiques des livraisons Chaîne de restauration par Trans</w:t>
      </w:r>
      <w:r w:rsidRPr="000F4101">
        <w:rPr>
          <w:rFonts w:eastAsia="Space Mono" w:cs="Space Mono"/>
          <w:lang w:val="fr-FR"/>
        </w:rPr>
        <w:t>porteur, à partir de spécifications établies et avec une interlocutrice Éditeur de solutions logistiques. J’intègre fréquences, jours fériés, échéances et exceptions saisonnières dans des règles paramétrables, avec génération des schémas, suivi des validat</w:t>
      </w:r>
      <w:r w:rsidRPr="000F4101">
        <w:rPr>
          <w:rFonts w:eastAsia="Space Mono" w:cs="Space Mono"/>
          <w:lang w:val="fr-FR"/>
        </w:rPr>
        <w:t>ions, exports et contrôles de cohérence.</w:t>
      </w:r>
    </w:p>
    <w:p w:rsidR="00984CDE" w:rsidRPr="000F4101" w:rsidRDefault="00687BD5">
      <w:pPr>
        <w:pStyle w:val="Small"/>
        <w:keepNext/>
        <w:keepLines/>
        <w:rPr>
          <w:rFonts w:hint="eastAsia"/>
          <w:lang w:val="fr-FR"/>
        </w:rPr>
      </w:pPr>
      <w:r w:rsidRPr="000F4101">
        <w:rPr>
          <w:rFonts w:eastAsia="Space Mono" w:cs="Space Mono"/>
          <w:lang w:val="fr-FR"/>
        </w:rPr>
        <w:t>Mon rôle - Développeur</w:t>
      </w:r>
    </w:p>
    <w:p w:rsidR="00984CDE" w:rsidRPr="000F4101" w:rsidRDefault="00687BD5">
      <w:pPr>
        <w:pStyle w:val="Small"/>
        <w:keepLines/>
        <w:spacing w:after="530"/>
        <w:rPr>
          <w:rFonts w:hint="eastAsia"/>
          <w:lang w:val="fr-FR"/>
        </w:rPr>
      </w:pPr>
      <w:r w:rsidRPr="000F4101">
        <w:rPr>
          <w:rFonts w:eastAsia="Space Mono" w:cs="Space Mono"/>
          <w:lang w:val="fr-FR"/>
        </w:rPr>
        <w:t>Règles paramétrables · Génération automatique · Contrôles de cohérence</w:t>
      </w:r>
    </w:p>
    <w:p w:rsidR="00984CDE" w:rsidRPr="000F4101" w:rsidRDefault="00687BD5">
      <w:pPr>
        <w:pStyle w:val="Titre3"/>
        <w:keepLines/>
        <w:rPr>
          <w:rFonts w:hint="eastAsia"/>
          <w:lang w:val="fr-FR"/>
        </w:rPr>
      </w:pPr>
      <w:r w:rsidRPr="000F4101">
        <w:rPr>
          <w:rFonts w:eastAsia="Space Mono" w:cs="Space Mono"/>
          <w:lang w:val="fr-FR"/>
        </w:rPr>
        <w:t>04.03 / Résolution d’un blocage sur une armoire logistique</w:t>
      </w:r>
    </w:p>
    <w:p w:rsidR="00984CDE" w:rsidRPr="000F4101" w:rsidRDefault="00687BD5">
      <w:pPr>
        <w:pStyle w:val="Label"/>
        <w:keepLines/>
        <w:rPr>
          <w:rFonts w:hint="eastAsia"/>
          <w:lang w:val="fr-FR"/>
        </w:rPr>
      </w:pPr>
      <w:r w:rsidRPr="000F4101">
        <w:rPr>
          <w:rFonts w:eastAsia="Space Mono" w:cs="Space Mono"/>
          <w:lang w:val="fr-FR"/>
        </w:rPr>
        <w:t>Éditeur de solutions logistiques - ESN</w:t>
      </w:r>
    </w:p>
    <w:p w:rsidR="00984CDE" w:rsidRPr="000F4101" w:rsidRDefault="00687BD5">
      <w:pPr>
        <w:keepNext/>
        <w:keepLines/>
        <w:rPr>
          <w:rFonts w:hint="eastAsia"/>
          <w:lang w:val="fr-FR"/>
        </w:rPr>
      </w:pPr>
      <w:r w:rsidRPr="000F4101">
        <w:rPr>
          <w:rFonts w:eastAsia="Space Mono" w:cs="Space Mono"/>
          <w:lang w:val="fr-FR"/>
        </w:rPr>
        <w:t>Intervention ponctuelle</w:t>
      </w:r>
      <w:r w:rsidRPr="000F4101">
        <w:rPr>
          <w:rFonts w:eastAsia="Space Mono" w:cs="Space Mono"/>
          <w:lang w:val="fr-FR"/>
        </w:rPr>
        <w:t xml:space="preserve"> pour débloquer l’équipe sur une armoire logistique : dépôts, retraits et signaux lumineux dépendent de traitements asynchrones. Après analyse du système et des solutions déjà tentées, j’identifie la cause du blocage, conçois et développe une solution fonc</w:t>
      </w:r>
      <w:r w:rsidRPr="000F4101">
        <w:rPr>
          <w:rFonts w:eastAsia="Space Mono" w:cs="Space Mono"/>
          <w:lang w:val="fr-FR"/>
        </w:rPr>
        <w:t>tionnelle.</w:t>
      </w:r>
    </w:p>
    <w:p w:rsidR="00984CDE" w:rsidRPr="000F4101" w:rsidRDefault="00687BD5">
      <w:pPr>
        <w:pStyle w:val="Small"/>
        <w:keepNext/>
        <w:keepLines/>
        <w:rPr>
          <w:rFonts w:hint="eastAsia"/>
          <w:lang w:val="fr-FR"/>
        </w:rPr>
      </w:pPr>
      <w:r w:rsidRPr="000F4101">
        <w:rPr>
          <w:rFonts w:eastAsia="Space Mono" w:cs="Space Mono"/>
          <w:lang w:val="fr-FR"/>
        </w:rPr>
        <w:t>Mon rôle - Consultant technique · Développeur</w:t>
      </w:r>
    </w:p>
    <w:p w:rsidR="00984CDE" w:rsidRPr="000F4101" w:rsidRDefault="00687BD5">
      <w:pPr>
        <w:pStyle w:val="Small"/>
        <w:keepLines/>
        <w:spacing w:after="530"/>
        <w:rPr>
          <w:rFonts w:hint="eastAsia"/>
          <w:lang w:val="fr-FR"/>
        </w:rPr>
      </w:pPr>
      <w:r w:rsidRPr="000F4101">
        <w:rPr>
          <w:rFonts w:eastAsia="Space Mono" w:cs="Space Mono"/>
          <w:lang w:val="fr-FR"/>
        </w:rPr>
        <w:t>Diagnostic technique · Asynchronisme · Résolution de blocage</w:t>
      </w:r>
    </w:p>
    <w:p w:rsidR="00984CDE" w:rsidRPr="000F4101" w:rsidRDefault="00687BD5">
      <w:pPr>
        <w:pStyle w:val="Titre3"/>
        <w:keepLines/>
        <w:rPr>
          <w:rFonts w:hint="eastAsia"/>
          <w:lang w:val="fr-FR"/>
        </w:rPr>
      </w:pPr>
      <w:r w:rsidRPr="000F4101">
        <w:rPr>
          <w:rFonts w:eastAsia="Space Mono" w:cs="Space Mono"/>
          <w:lang w:val="fr-FR"/>
        </w:rPr>
        <w:lastRenderedPageBreak/>
        <w:t>04.04 / Contrôle métrologique sur banc d’essai avec rapport de conformité</w:t>
      </w:r>
    </w:p>
    <w:p w:rsidR="00984CDE" w:rsidRPr="000F4101" w:rsidRDefault="00687BD5">
      <w:pPr>
        <w:pStyle w:val="Label"/>
        <w:keepLines/>
        <w:rPr>
          <w:rFonts w:hint="eastAsia"/>
          <w:lang w:val="fr-FR"/>
        </w:rPr>
      </w:pPr>
      <w:r w:rsidRPr="000F4101">
        <w:rPr>
          <w:rFonts w:eastAsia="Space Mono" w:cs="Space Mono"/>
          <w:lang w:val="fr-FR"/>
        </w:rPr>
        <w:t>Prestataire de métrologie - ESN</w:t>
      </w:r>
    </w:p>
    <w:p w:rsidR="00984CDE" w:rsidRPr="000F4101" w:rsidRDefault="00687BD5">
      <w:pPr>
        <w:keepNext/>
        <w:keepLines/>
        <w:rPr>
          <w:rFonts w:hint="eastAsia"/>
          <w:lang w:val="fr-FR"/>
        </w:rPr>
      </w:pPr>
      <w:r w:rsidRPr="000F4101">
        <w:rPr>
          <w:rFonts w:eastAsia="Space Mono" w:cs="Space Mono"/>
          <w:lang w:val="fr-FR"/>
        </w:rPr>
        <w:t>Opération coup-de-poing en renfo</w:t>
      </w:r>
      <w:r w:rsidRPr="000F4101">
        <w:rPr>
          <w:rFonts w:eastAsia="Space Mono" w:cs="Space Mono"/>
          <w:lang w:val="fr-FR"/>
        </w:rPr>
        <w:t xml:space="preserve">rt d’une équipe pour finaliser, dans un délai serré, une application de contrôle métrologique sur banc d’essai avec rapport de conformité. J’interviens sur la finalisation applicative, l’interfaçage avec le banc et le lecteur RFID, ainsi que les rapports, </w:t>
      </w:r>
      <w:r w:rsidRPr="000F4101">
        <w:rPr>
          <w:rFonts w:eastAsia="Space Mono" w:cs="Space Mono"/>
          <w:lang w:val="fr-FR"/>
        </w:rPr>
        <w:t>pour des outils utilisés dans la fabrication d’avions constructeur aéronautique.</w:t>
      </w:r>
    </w:p>
    <w:p w:rsidR="00984CDE" w:rsidRPr="000F4101" w:rsidRDefault="00687BD5">
      <w:pPr>
        <w:pStyle w:val="Small"/>
        <w:keepNext/>
        <w:keepLines/>
        <w:rPr>
          <w:rFonts w:hint="eastAsia"/>
          <w:lang w:val="fr-FR"/>
        </w:rPr>
      </w:pPr>
      <w:r w:rsidRPr="000F4101">
        <w:rPr>
          <w:rFonts w:eastAsia="Space Mono" w:cs="Space Mono"/>
          <w:lang w:val="fr-FR"/>
        </w:rPr>
        <w:t>Mon rôle - Développeur</w:t>
      </w:r>
    </w:p>
    <w:p w:rsidR="00984CDE" w:rsidRPr="000F4101" w:rsidRDefault="00687BD5">
      <w:pPr>
        <w:pStyle w:val="Small"/>
        <w:keepLines/>
        <w:spacing w:after="530"/>
        <w:rPr>
          <w:rFonts w:hint="eastAsia"/>
          <w:lang w:val="fr-FR"/>
        </w:rPr>
      </w:pPr>
      <w:r w:rsidRPr="000F4101">
        <w:rPr>
          <w:rFonts w:eastAsia="Space Mono" w:cs="Space Mono"/>
          <w:lang w:val="fr-FR"/>
        </w:rPr>
        <w:t>Banc d’essai · RFID · Rapports de conformité</w:t>
      </w:r>
    </w:p>
    <w:p w:rsidR="00984CDE" w:rsidRPr="000F4101" w:rsidRDefault="00687BD5">
      <w:pPr>
        <w:pStyle w:val="Titre3"/>
        <w:keepLines/>
        <w:rPr>
          <w:rFonts w:hint="eastAsia"/>
          <w:lang w:val="fr-FR"/>
        </w:rPr>
      </w:pPr>
      <w:r w:rsidRPr="000F4101">
        <w:rPr>
          <w:rFonts w:eastAsia="Space Mono" w:cs="Space Mono"/>
          <w:lang w:val="fr-FR"/>
        </w:rPr>
        <w:t>04.05 / Transfert cohérent entre bases de données</w:t>
      </w:r>
    </w:p>
    <w:p w:rsidR="00984CDE" w:rsidRPr="000F4101" w:rsidRDefault="00687BD5">
      <w:pPr>
        <w:pStyle w:val="Label"/>
        <w:keepLines/>
        <w:rPr>
          <w:rFonts w:hint="eastAsia"/>
          <w:lang w:val="fr-FR"/>
        </w:rPr>
      </w:pPr>
      <w:r w:rsidRPr="000F4101">
        <w:rPr>
          <w:rFonts w:eastAsia="Space Mono" w:cs="Space Mono"/>
          <w:lang w:val="fr-FR"/>
        </w:rPr>
        <w:t>Entreprise de certification nucléaire - ESN · CERTIFICATI</w:t>
      </w:r>
      <w:r w:rsidRPr="000F4101">
        <w:rPr>
          <w:rFonts w:eastAsia="Space Mono" w:cs="Space Mono"/>
          <w:lang w:val="fr-FR"/>
        </w:rPr>
        <w:t>ON NUCLÉAIRE</w:t>
      </w:r>
    </w:p>
    <w:p w:rsidR="00984CDE" w:rsidRPr="000F4101" w:rsidRDefault="00687BD5">
      <w:pPr>
        <w:keepNext/>
        <w:keepLines/>
        <w:rPr>
          <w:rFonts w:hint="eastAsia"/>
          <w:lang w:val="fr-FR"/>
        </w:rPr>
      </w:pPr>
      <w:r w:rsidRPr="000F4101">
        <w:rPr>
          <w:rFonts w:eastAsia="Space Mono" w:cs="Space Mono"/>
          <w:lang w:val="fr-FR"/>
        </w:rPr>
        <w:t xml:space="preserve">Conception et développement d’un outil de transfert de données de personnel et de leurs données liées entre bases, dans un contexte de certification nucléaire. J’analyse les relations, parcours récursivement les dépendances et utilise des </w:t>
      </w:r>
      <w:r w:rsidRPr="000F4101">
        <w:rPr>
          <w:rFonts w:eastAsia="Space Mono" w:cs="Space Mono"/>
          <w:lang w:val="fr-FR"/>
        </w:rPr>
        <w:t>requêtes SQL et des transactions pour créer les éléments manquants en préservant l’intégrité relationnelle.</w:t>
      </w:r>
    </w:p>
    <w:p w:rsidR="00984CDE" w:rsidRPr="000F4101" w:rsidRDefault="00687BD5">
      <w:pPr>
        <w:pStyle w:val="Small"/>
        <w:keepNext/>
        <w:keepLines/>
        <w:rPr>
          <w:rFonts w:hint="eastAsia"/>
          <w:lang w:val="fr-FR"/>
        </w:rPr>
      </w:pPr>
      <w:r w:rsidRPr="000F4101">
        <w:rPr>
          <w:rFonts w:eastAsia="Space Mono" w:cs="Space Mono"/>
          <w:lang w:val="fr-FR"/>
        </w:rPr>
        <w:t>Mon rôle - Analyste fonctionnel · Développeur</w:t>
      </w:r>
    </w:p>
    <w:p w:rsidR="00984CDE" w:rsidRPr="000F4101" w:rsidRDefault="00687BD5">
      <w:pPr>
        <w:pStyle w:val="Small"/>
        <w:keepLines/>
        <w:spacing w:after="530"/>
        <w:rPr>
          <w:rFonts w:hint="eastAsia"/>
          <w:lang w:val="fr-FR"/>
        </w:rPr>
      </w:pPr>
      <w:r w:rsidRPr="000F4101">
        <w:rPr>
          <w:rFonts w:eastAsia="Space Mono" w:cs="Space Mono"/>
          <w:lang w:val="fr-FR"/>
        </w:rPr>
        <w:t>SQL · Dépendances relationnelles · Intégrité et transactions</w:t>
      </w:r>
    </w:p>
    <w:p w:rsidR="00984CDE" w:rsidRPr="000F4101" w:rsidRDefault="00687BD5">
      <w:pPr>
        <w:pStyle w:val="Titre3"/>
        <w:keepLines/>
        <w:rPr>
          <w:rFonts w:hint="eastAsia"/>
          <w:lang w:val="fr-FR"/>
        </w:rPr>
      </w:pPr>
      <w:r w:rsidRPr="000F4101">
        <w:rPr>
          <w:rFonts w:eastAsia="Space Mono" w:cs="Space Mono"/>
          <w:lang w:val="fr-FR"/>
        </w:rPr>
        <w:t>04.06 / Gestion de bornes incendie connec</w:t>
      </w:r>
      <w:r w:rsidRPr="000F4101">
        <w:rPr>
          <w:rFonts w:eastAsia="Space Mono" w:cs="Space Mono"/>
          <w:lang w:val="fr-FR"/>
        </w:rPr>
        <w:t>tées</w:t>
      </w:r>
    </w:p>
    <w:p w:rsidR="00984CDE" w:rsidRPr="000F4101" w:rsidRDefault="00687BD5">
      <w:pPr>
        <w:pStyle w:val="Label"/>
        <w:keepLines/>
        <w:rPr>
          <w:rFonts w:hint="eastAsia"/>
          <w:lang w:val="fr-FR"/>
        </w:rPr>
      </w:pPr>
      <w:r w:rsidRPr="000F4101">
        <w:rPr>
          <w:rFonts w:eastAsia="Space Mono" w:cs="Space Mono"/>
          <w:lang w:val="fr-FR"/>
        </w:rPr>
        <w:t>Industriel de l’eau - ESN</w:t>
      </w:r>
    </w:p>
    <w:p w:rsidR="00984CDE" w:rsidRPr="000F4101" w:rsidRDefault="00687BD5">
      <w:pPr>
        <w:keepNext/>
        <w:keepLines/>
        <w:rPr>
          <w:rFonts w:hint="eastAsia"/>
          <w:lang w:val="fr-FR"/>
        </w:rPr>
      </w:pPr>
      <w:r w:rsidRPr="000F4101">
        <w:rPr>
          <w:rFonts w:eastAsia="Space Mono" w:cs="Space Mono"/>
          <w:lang w:val="fr-FR"/>
        </w:rPr>
        <w:t xml:space="preserve">Conception et réalisation autonome, en régie chez le client, d’une application de suivi de bornes incendie connectées. J’intègre les remontées </w:t>
      </w:r>
      <w:proofErr w:type="spellStart"/>
      <w:r w:rsidRPr="000F4101">
        <w:rPr>
          <w:rFonts w:eastAsia="Space Mono" w:cs="Space Mono"/>
          <w:lang w:val="fr-FR"/>
        </w:rPr>
        <w:t>SigFox</w:t>
      </w:r>
      <w:proofErr w:type="spellEnd"/>
      <w:r w:rsidRPr="000F4101">
        <w:rPr>
          <w:rFonts w:eastAsia="Space Mono" w:cs="Space Mono"/>
          <w:lang w:val="fr-FR"/>
        </w:rPr>
        <w:t xml:space="preserve"> dans une cartographie métier avec icônes par type, fiches détaillées et sta</w:t>
      </w:r>
      <w:r w:rsidRPr="000F4101">
        <w:rPr>
          <w:rFonts w:eastAsia="Space Mono" w:cs="Space Mono"/>
          <w:lang w:val="fr-FR"/>
        </w:rPr>
        <w:t>tistiques pour consulter les équipements et leurs données.</w:t>
      </w:r>
    </w:p>
    <w:p w:rsidR="00984CDE" w:rsidRPr="000F4101" w:rsidRDefault="00687BD5">
      <w:pPr>
        <w:pStyle w:val="Small"/>
        <w:keepNext/>
        <w:keepLines/>
        <w:rPr>
          <w:rFonts w:hint="eastAsia"/>
          <w:lang w:val="fr-FR"/>
        </w:rPr>
      </w:pPr>
      <w:r w:rsidRPr="000F4101">
        <w:rPr>
          <w:rFonts w:eastAsia="Space Mono" w:cs="Space Mono"/>
          <w:lang w:val="fr-FR"/>
        </w:rPr>
        <w:t>Mon rôle - Analyste fonctionnel · Développeur</w:t>
      </w:r>
    </w:p>
    <w:p w:rsidR="00984CDE" w:rsidRPr="000F4101" w:rsidRDefault="00687BD5">
      <w:pPr>
        <w:pStyle w:val="Small"/>
        <w:keepLines/>
        <w:spacing w:after="530"/>
        <w:rPr>
          <w:rFonts w:hint="eastAsia"/>
          <w:lang w:val="fr-FR"/>
        </w:rPr>
      </w:pPr>
      <w:proofErr w:type="spellStart"/>
      <w:r w:rsidRPr="000F4101">
        <w:rPr>
          <w:rFonts w:eastAsia="Space Mono" w:cs="Space Mono"/>
          <w:lang w:val="fr-FR"/>
        </w:rPr>
        <w:t>IoT</w:t>
      </w:r>
      <w:proofErr w:type="spellEnd"/>
      <w:r w:rsidRPr="000F4101">
        <w:rPr>
          <w:rFonts w:eastAsia="Space Mono" w:cs="Space Mono"/>
          <w:lang w:val="fr-FR"/>
        </w:rPr>
        <w:t xml:space="preserve"> · </w:t>
      </w:r>
      <w:proofErr w:type="spellStart"/>
      <w:r w:rsidRPr="000F4101">
        <w:rPr>
          <w:rFonts w:eastAsia="Space Mono" w:cs="Space Mono"/>
          <w:lang w:val="fr-FR"/>
        </w:rPr>
        <w:t>SigFox</w:t>
      </w:r>
      <w:proofErr w:type="spellEnd"/>
      <w:r w:rsidRPr="000F4101">
        <w:rPr>
          <w:rFonts w:eastAsia="Space Mono" w:cs="Space Mono"/>
          <w:lang w:val="fr-FR"/>
        </w:rPr>
        <w:t xml:space="preserve"> · Cartographie · Données des équipements</w:t>
      </w:r>
    </w:p>
    <w:p w:rsidR="00984CDE" w:rsidRPr="000F4101" w:rsidRDefault="00687BD5">
      <w:pPr>
        <w:pStyle w:val="Titre3"/>
        <w:keepLines/>
        <w:rPr>
          <w:rFonts w:hint="eastAsia"/>
          <w:lang w:val="fr-FR"/>
        </w:rPr>
      </w:pPr>
      <w:r w:rsidRPr="000F4101">
        <w:rPr>
          <w:rFonts w:eastAsia="Space Mono" w:cs="Space Mono"/>
          <w:lang w:val="fr-FR"/>
        </w:rPr>
        <w:t>04.07 / Commandes de vêtements de travail</w:t>
      </w:r>
    </w:p>
    <w:p w:rsidR="00984CDE" w:rsidRPr="000F4101" w:rsidRDefault="00687BD5">
      <w:pPr>
        <w:pStyle w:val="Label"/>
        <w:keepLines/>
        <w:rPr>
          <w:rFonts w:hint="eastAsia"/>
          <w:lang w:val="fr-FR"/>
        </w:rPr>
      </w:pPr>
      <w:r w:rsidRPr="000F4101">
        <w:rPr>
          <w:rFonts w:eastAsia="Space Mono" w:cs="Space Mono"/>
          <w:lang w:val="fr-FR"/>
        </w:rPr>
        <w:t>Groupe industriel - ESN</w:t>
      </w:r>
    </w:p>
    <w:p w:rsidR="00984CDE" w:rsidRPr="000F4101" w:rsidRDefault="00687BD5">
      <w:pPr>
        <w:keepNext/>
        <w:keepLines/>
        <w:rPr>
          <w:rFonts w:hint="eastAsia"/>
          <w:lang w:val="fr-FR"/>
        </w:rPr>
      </w:pPr>
      <w:r w:rsidRPr="000F4101">
        <w:rPr>
          <w:rFonts w:eastAsia="Space Mono" w:cs="Space Mono"/>
          <w:lang w:val="fr-FR"/>
        </w:rPr>
        <w:t xml:space="preserve">Développement d’une plateforme </w:t>
      </w:r>
      <w:r w:rsidRPr="000F4101">
        <w:rPr>
          <w:rFonts w:eastAsia="Space Mono" w:cs="Space Mono"/>
          <w:lang w:val="fr-FR"/>
        </w:rPr>
        <w:t>de commande de vêtements de travail, avec analyse des règles de commande et des circuits de validation. Je réalise le catalogue, le panier, les kits par métier, la gestion des campagnes et les commandes directes au fournisseur de vêtements professionnels.</w:t>
      </w:r>
    </w:p>
    <w:p w:rsidR="00984CDE" w:rsidRPr="000F4101" w:rsidRDefault="00687BD5">
      <w:pPr>
        <w:pStyle w:val="Small"/>
        <w:keepNext/>
        <w:keepLines/>
        <w:rPr>
          <w:rFonts w:hint="eastAsia"/>
          <w:lang w:val="fr-FR"/>
        </w:rPr>
      </w:pPr>
      <w:r w:rsidRPr="000F4101">
        <w:rPr>
          <w:rFonts w:eastAsia="Space Mono" w:cs="Space Mono"/>
          <w:lang w:val="fr-FR"/>
        </w:rPr>
        <w:t>Mon rôle - Analyste fonctionnel · Développeur</w:t>
      </w:r>
    </w:p>
    <w:p w:rsidR="00984CDE" w:rsidRPr="000F4101" w:rsidRDefault="00687BD5">
      <w:pPr>
        <w:pStyle w:val="Small"/>
        <w:keepLines/>
        <w:spacing w:after="530"/>
        <w:rPr>
          <w:rFonts w:hint="eastAsia"/>
          <w:lang w:val="fr-FR"/>
        </w:rPr>
      </w:pPr>
      <w:r w:rsidRPr="000F4101">
        <w:rPr>
          <w:rFonts w:eastAsia="Space Mono" w:cs="Space Mono"/>
          <w:lang w:val="fr-FR"/>
        </w:rPr>
        <w:t>Catalogue et commandes · Kits par métier · Circuits de validation</w:t>
      </w:r>
    </w:p>
    <w:p w:rsidR="00984CDE" w:rsidRPr="000F4101" w:rsidRDefault="00687BD5">
      <w:pPr>
        <w:pStyle w:val="Titre3"/>
        <w:keepLines/>
        <w:rPr>
          <w:rFonts w:hint="eastAsia"/>
          <w:lang w:val="fr-FR"/>
        </w:rPr>
      </w:pPr>
      <w:r w:rsidRPr="000F4101">
        <w:rPr>
          <w:rFonts w:eastAsia="Space Mono" w:cs="Space Mono"/>
          <w:lang w:val="fr-FR"/>
        </w:rPr>
        <w:lastRenderedPageBreak/>
        <w:t>04.08 / Édition de documents de transport</w:t>
      </w:r>
    </w:p>
    <w:p w:rsidR="00984CDE" w:rsidRPr="000F4101" w:rsidRDefault="00687BD5">
      <w:pPr>
        <w:pStyle w:val="Label"/>
        <w:keepLines/>
        <w:rPr>
          <w:rFonts w:hint="eastAsia"/>
          <w:lang w:val="fr-FR"/>
        </w:rPr>
      </w:pPr>
      <w:r w:rsidRPr="000F4101">
        <w:rPr>
          <w:rFonts w:eastAsia="Space Mono" w:cs="Space Mono"/>
          <w:lang w:val="fr-FR"/>
        </w:rPr>
        <w:t>TRANSPORT DE MATIÈRES DANGEREUSES - ESN</w:t>
      </w:r>
    </w:p>
    <w:p w:rsidR="00984CDE" w:rsidRPr="000F4101" w:rsidRDefault="00687BD5">
      <w:pPr>
        <w:keepNext/>
        <w:keepLines/>
        <w:rPr>
          <w:rFonts w:hint="eastAsia"/>
          <w:lang w:val="fr-FR"/>
        </w:rPr>
      </w:pPr>
      <w:r w:rsidRPr="000F4101">
        <w:rPr>
          <w:rFonts w:eastAsia="Space Mono" w:cs="Space Mono"/>
          <w:lang w:val="fr-FR"/>
        </w:rPr>
        <w:t>Intervention de développement sur une application d’édition de</w:t>
      </w:r>
      <w:r w:rsidRPr="000F4101">
        <w:rPr>
          <w:rFonts w:eastAsia="Space Mono" w:cs="Space Mono"/>
          <w:lang w:val="fr-FR"/>
        </w:rPr>
        <w:t xml:space="preserve"> documents pour le transport de matières dangereuses.</w:t>
      </w:r>
    </w:p>
    <w:p w:rsidR="00984CDE" w:rsidRPr="000F4101" w:rsidRDefault="00687BD5">
      <w:pPr>
        <w:pStyle w:val="Small"/>
        <w:keepNext/>
        <w:keepLines/>
        <w:rPr>
          <w:rFonts w:hint="eastAsia"/>
          <w:lang w:val="fr-FR"/>
        </w:rPr>
      </w:pPr>
      <w:r w:rsidRPr="000F4101">
        <w:rPr>
          <w:rFonts w:eastAsia="Space Mono" w:cs="Space Mono"/>
          <w:lang w:val="fr-FR"/>
        </w:rPr>
        <w:t>Mon rôle - Développeur</w:t>
      </w:r>
    </w:p>
    <w:p w:rsidR="00984CDE" w:rsidRPr="000F4101" w:rsidRDefault="00687BD5">
      <w:pPr>
        <w:pStyle w:val="Small"/>
        <w:keepLines/>
        <w:spacing w:after="530"/>
        <w:rPr>
          <w:rFonts w:hint="eastAsia"/>
          <w:lang w:val="fr-FR"/>
        </w:rPr>
      </w:pPr>
      <w:r w:rsidRPr="000F4101">
        <w:rPr>
          <w:rFonts w:eastAsia="Space Mono" w:cs="Space Mono"/>
          <w:lang w:val="fr-FR"/>
        </w:rPr>
        <w:t>Édition documentaire · Transport de matières dangereuses</w:t>
      </w:r>
    </w:p>
    <w:p w:rsidR="00984CDE" w:rsidRPr="000F4101" w:rsidRDefault="00687BD5">
      <w:pPr>
        <w:pStyle w:val="Titre2"/>
        <w:keepLines/>
        <w:rPr>
          <w:rFonts w:hint="eastAsia"/>
          <w:lang w:val="fr-FR"/>
        </w:rPr>
      </w:pPr>
      <w:r w:rsidRPr="000F4101">
        <w:rPr>
          <w:rFonts w:eastAsia="Space Mono" w:cs="Space Mono"/>
          <w:lang w:val="fr-FR"/>
        </w:rPr>
        <w:t>05 / Services &amp; commerce</w:t>
      </w:r>
    </w:p>
    <w:p w:rsidR="00984CDE" w:rsidRPr="000F4101" w:rsidRDefault="00687BD5">
      <w:pPr>
        <w:pStyle w:val="Titre3"/>
        <w:keepLines/>
        <w:rPr>
          <w:rFonts w:hint="eastAsia"/>
          <w:lang w:val="fr-FR"/>
        </w:rPr>
      </w:pPr>
      <w:r w:rsidRPr="000F4101">
        <w:rPr>
          <w:rFonts w:eastAsia="Space Mono" w:cs="Space Mono"/>
          <w:lang w:val="fr-FR"/>
        </w:rPr>
        <w:t>05.01 / Synchronisation de dossiers &amp; échanges métier</w:t>
      </w:r>
    </w:p>
    <w:p w:rsidR="00984CDE" w:rsidRPr="000F4101" w:rsidRDefault="00687BD5">
      <w:pPr>
        <w:pStyle w:val="Label"/>
        <w:keepLines/>
        <w:rPr>
          <w:rFonts w:hint="eastAsia"/>
          <w:lang w:val="fr-FR"/>
        </w:rPr>
      </w:pPr>
      <w:r w:rsidRPr="000F4101">
        <w:rPr>
          <w:rFonts w:eastAsia="Space Mono" w:cs="Space Mono"/>
          <w:lang w:val="fr-FR"/>
        </w:rPr>
        <w:t>Réseau de carrosseries - ESN · Organisation</w:t>
      </w:r>
      <w:r w:rsidRPr="000F4101">
        <w:rPr>
          <w:rFonts w:eastAsia="Space Mono" w:cs="Space Mono"/>
          <w:lang w:val="fr-FR"/>
        </w:rPr>
        <w:t xml:space="preserve"> d’experts automobiles - ESN</w:t>
      </w:r>
    </w:p>
    <w:p w:rsidR="00984CDE" w:rsidRPr="000F4101" w:rsidRDefault="00687BD5">
      <w:pPr>
        <w:keepNext/>
        <w:keepLines/>
        <w:rPr>
          <w:rFonts w:hint="eastAsia"/>
          <w:lang w:val="fr-FR"/>
        </w:rPr>
      </w:pPr>
      <w:r w:rsidRPr="000F4101">
        <w:rPr>
          <w:rFonts w:eastAsia="Space Mono" w:cs="Space Mono"/>
          <w:lang w:val="fr-FR"/>
        </w:rPr>
        <w:t>Pour Réseau de carrosseries, je prends en charge le projet de synchronisation de dossiers photos : clarification d’un besoin sommaire, options et arbitrage client, spécifications, chiffrage, développement du service déclenché p</w:t>
      </w:r>
      <w:r w:rsidRPr="000F4101">
        <w:rPr>
          <w:rFonts w:eastAsia="Space Mono" w:cs="Space Mono"/>
          <w:lang w:val="fr-FR"/>
        </w:rPr>
        <w:t xml:space="preserve">ar API, tests, livraison et maintenance. Pour Organisation d’experts automobiles, j’interviens en développement sur le </w:t>
      </w:r>
      <w:proofErr w:type="spellStart"/>
      <w:r w:rsidRPr="000F4101">
        <w:rPr>
          <w:rFonts w:eastAsia="Space Mono" w:cs="Space Mono"/>
          <w:lang w:val="fr-FR"/>
        </w:rPr>
        <w:t>webservice</w:t>
      </w:r>
      <w:proofErr w:type="spellEnd"/>
      <w:r w:rsidRPr="000F4101">
        <w:rPr>
          <w:rFonts w:eastAsia="Space Mono" w:cs="Space Mono"/>
          <w:lang w:val="fr-FR"/>
        </w:rPr>
        <w:t xml:space="preserve"> d’échange entre experts et assurances.</w:t>
      </w:r>
    </w:p>
    <w:p w:rsidR="00984CDE" w:rsidRPr="000F4101" w:rsidRDefault="00687BD5">
      <w:pPr>
        <w:pStyle w:val="Small"/>
        <w:keepNext/>
        <w:keepLines/>
        <w:rPr>
          <w:rFonts w:hint="eastAsia"/>
          <w:lang w:val="fr-FR"/>
        </w:rPr>
      </w:pPr>
      <w:r w:rsidRPr="000F4101">
        <w:rPr>
          <w:rFonts w:eastAsia="Space Mono" w:cs="Space Mono"/>
          <w:lang w:val="fr-FR"/>
        </w:rPr>
        <w:t>Mon rôle - Chef de projet · Développeur</w:t>
      </w:r>
    </w:p>
    <w:p w:rsidR="00984CDE" w:rsidRPr="000F4101" w:rsidRDefault="00687BD5">
      <w:pPr>
        <w:pStyle w:val="Small"/>
        <w:keepLines/>
        <w:spacing w:after="530"/>
        <w:rPr>
          <w:rFonts w:hint="eastAsia"/>
          <w:lang w:val="fr-FR"/>
        </w:rPr>
      </w:pPr>
      <w:r w:rsidRPr="000F4101">
        <w:rPr>
          <w:rFonts w:eastAsia="Space Mono" w:cs="Space Mono"/>
          <w:lang w:val="fr-FR"/>
        </w:rPr>
        <w:t>Cadrage et arbitrages · Synchronisation par API</w:t>
      </w:r>
      <w:r w:rsidRPr="000F4101">
        <w:rPr>
          <w:rFonts w:eastAsia="Space Mono" w:cs="Space Mono"/>
          <w:lang w:val="fr-FR"/>
        </w:rPr>
        <w:t xml:space="preserve"> · Échanges métier</w:t>
      </w:r>
    </w:p>
    <w:p w:rsidR="00984CDE" w:rsidRPr="000F4101" w:rsidRDefault="00687BD5">
      <w:pPr>
        <w:pStyle w:val="Titre3"/>
        <w:keepLines/>
        <w:rPr>
          <w:rFonts w:hint="eastAsia"/>
          <w:lang w:val="fr-FR"/>
        </w:rPr>
      </w:pPr>
      <w:r w:rsidRPr="000F4101">
        <w:rPr>
          <w:rFonts w:eastAsia="Space Mono" w:cs="Space Mono"/>
          <w:lang w:val="fr-FR"/>
        </w:rPr>
        <w:t>05.02 / ERP pour centre d’appels</w:t>
      </w:r>
    </w:p>
    <w:p w:rsidR="00984CDE" w:rsidRPr="000F4101" w:rsidRDefault="00687BD5">
      <w:pPr>
        <w:pStyle w:val="Label"/>
        <w:keepLines/>
        <w:rPr>
          <w:rFonts w:hint="eastAsia"/>
          <w:lang w:val="fr-FR"/>
        </w:rPr>
      </w:pPr>
      <w:r w:rsidRPr="000F4101">
        <w:rPr>
          <w:rFonts w:eastAsia="Space Mono" w:cs="Space Mono"/>
          <w:lang w:val="fr-FR"/>
        </w:rPr>
        <w:t>ÉDITEUR DE LOGICIEL - ESN</w:t>
      </w:r>
    </w:p>
    <w:p w:rsidR="00984CDE" w:rsidRPr="000F4101" w:rsidRDefault="00687BD5">
      <w:pPr>
        <w:keepNext/>
        <w:keepLines/>
        <w:rPr>
          <w:rFonts w:hint="eastAsia"/>
          <w:lang w:val="fr-FR"/>
        </w:rPr>
      </w:pPr>
      <w:r w:rsidRPr="000F4101">
        <w:rPr>
          <w:rFonts w:eastAsia="Space Mono" w:cs="Space Mono"/>
          <w:lang w:val="fr-FR"/>
        </w:rPr>
        <w:t>Reprise d’un ERP de centre d’appels et clarification du cahier des charges avec le dirigeant de l’éditeur. Je développe les questionnaires et règles de distribution des appels, r</w:t>
      </w:r>
      <w:r w:rsidRPr="000F4101">
        <w:rPr>
          <w:rFonts w:eastAsia="Space Mono" w:cs="Space Mono"/>
          <w:lang w:val="fr-FR"/>
        </w:rPr>
        <w:t xml:space="preserve">appels et rendez-vous, les imports massifs avec nettoyage et </w:t>
      </w:r>
      <w:proofErr w:type="spellStart"/>
      <w:r w:rsidRPr="000F4101">
        <w:rPr>
          <w:rFonts w:eastAsia="Space Mono" w:cs="Space Mono"/>
          <w:lang w:val="fr-FR"/>
        </w:rPr>
        <w:t>dédoublonnage</w:t>
      </w:r>
      <w:proofErr w:type="spellEnd"/>
      <w:r w:rsidRPr="000F4101">
        <w:rPr>
          <w:rFonts w:eastAsia="Space Mono" w:cs="Space Mono"/>
          <w:lang w:val="fr-FR"/>
        </w:rPr>
        <w:t xml:space="preserve">, ainsi que les intégrations API et </w:t>
      </w:r>
      <w:proofErr w:type="spellStart"/>
      <w:r w:rsidRPr="000F4101">
        <w:rPr>
          <w:rFonts w:eastAsia="Space Mono" w:cs="Space Mono"/>
          <w:lang w:val="fr-FR"/>
        </w:rPr>
        <w:t>PostGIS</w:t>
      </w:r>
      <w:proofErr w:type="spellEnd"/>
      <w:r w:rsidRPr="000F4101">
        <w:rPr>
          <w:rFonts w:eastAsia="Space Mono" w:cs="Space Mono"/>
          <w:lang w:val="fr-FR"/>
        </w:rPr>
        <w:t>. Je livre les versions de test et réalise les recettes sur place.</w:t>
      </w:r>
    </w:p>
    <w:p w:rsidR="00984CDE" w:rsidRPr="000F4101" w:rsidRDefault="00687BD5">
      <w:pPr>
        <w:pStyle w:val="Small"/>
        <w:keepNext/>
        <w:keepLines/>
        <w:rPr>
          <w:rFonts w:hint="eastAsia"/>
          <w:lang w:val="fr-FR"/>
        </w:rPr>
      </w:pPr>
      <w:r w:rsidRPr="000F4101">
        <w:rPr>
          <w:rFonts w:eastAsia="Space Mono" w:cs="Space Mono"/>
          <w:lang w:val="fr-FR"/>
        </w:rPr>
        <w:t>Mon rôle - Chef de projet · Analyste fonctionnel · Développeur</w:t>
      </w:r>
    </w:p>
    <w:p w:rsidR="00984CDE" w:rsidRPr="000F4101" w:rsidRDefault="00687BD5">
      <w:pPr>
        <w:pStyle w:val="Small"/>
        <w:keepLines/>
        <w:spacing w:after="530"/>
        <w:rPr>
          <w:rFonts w:hint="eastAsia"/>
          <w:lang w:val="fr-FR"/>
        </w:rPr>
      </w:pPr>
      <w:r w:rsidRPr="000F4101">
        <w:rPr>
          <w:rFonts w:eastAsia="Space Mono" w:cs="Space Mono"/>
          <w:lang w:val="fr-FR"/>
        </w:rPr>
        <w:t>Règles de</w:t>
      </w:r>
      <w:r w:rsidRPr="000F4101">
        <w:rPr>
          <w:rFonts w:eastAsia="Space Mono" w:cs="Space Mono"/>
          <w:lang w:val="fr-FR"/>
        </w:rPr>
        <w:t xml:space="preserve"> distribution · Imports et données · Recette sur site</w:t>
      </w:r>
    </w:p>
    <w:p w:rsidR="00984CDE" w:rsidRPr="000F4101" w:rsidRDefault="00687BD5">
      <w:pPr>
        <w:pStyle w:val="Titre3"/>
        <w:keepLines/>
        <w:rPr>
          <w:rFonts w:hint="eastAsia"/>
          <w:lang w:val="fr-FR"/>
        </w:rPr>
      </w:pPr>
      <w:r w:rsidRPr="000F4101">
        <w:rPr>
          <w:rFonts w:eastAsia="Space Mono" w:cs="Space Mono"/>
          <w:lang w:val="fr-FR"/>
        </w:rPr>
        <w:t>05.03 / Application mobile de contrôle sanitaire</w:t>
      </w:r>
    </w:p>
    <w:p w:rsidR="00984CDE" w:rsidRPr="000F4101" w:rsidRDefault="00687BD5">
      <w:pPr>
        <w:pStyle w:val="Label"/>
        <w:keepLines/>
        <w:rPr>
          <w:rFonts w:hint="eastAsia"/>
          <w:lang w:val="fr-FR"/>
        </w:rPr>
      </w:pPr>
      <w:r w:rsidRPr="000F4101">
        <w:rPr>
          <w:rFonts w:eastAsia="Space Mono" w:cs="Space Mono"/>
          <w:lang w:val="fr-FR"/>
        </w:rPr>
        <w:t>PROJET HACCP · RESTAURATION - ESN</w:t>
      </w:r>
    </w:p>
    <w:p w:rsidR="00984CDE" w:rsidRPr="000F4101" w:rsidRDefault="00687BD5">
      <w:pPr>
        <w:keepNext/>
        <w:keepLines/>
        <w:rPr>
          <w:rFonts w:hint="eastAsia"/>
          <w:lang w:val="fr-FR"/>
        </w:rPr>
      </w:pPr>
      <w:r w:rsidRPr="000F4101">
        <w:rPr>
          <w:rFonts w:eastAsia="Space Mono" w:cs="Space Mono"/>
          <w:lang w:val="fr-FR"/>
        </w:rPr>
        <w:t>Application mobile de contrôle sanitaire des restaurants réunissant photos, températures, nettoyage, dates de péremptio</w:t>
      </w:r>
      <w:r w:rsidRPr="000F4101">
        <w:rPr>
          <w:rFonts w:eastAsia="Space Mono" w:cs="Space Mono"/>
          <w:lang w:val="fr-FR"/>
        </w:rPr>
        <w:t>n et rapports. Je participe à la compréhension du besoin et au chiffrage, puis développe et teste les fonctions de contrôle et de consultation réglementaire avec le développeur du client.</w:t>
      </w:r>
    </w:p>
    <w:p w:rsidR="00984CDE" w:rsidRPr="000F4101" w:rsidRDefault="00687BD5">
      <w:pPr>
        <w:pStyle w:val="Small"/>
        <w:keepNext/>
        <w:keepLines/>
        <w:rPr>
          <w:rFonts w:hint="eastAsia"/>
          <w:lang w:val="fr-FR"/>
        </w:rPr>
      </w:pPr>
      <w:r w:rsidRPr="000F4101">
        <w:rPr>
          <w:rFonts w:eastAsia="Space Mono" w:cs="Space Mono"/>
          <w:lang w:val="fr-FR"/>
        </w:rPr>
        <w:t>Mon rôle - Développeur</w:t>
      </w:r>
    </w:p>
    <w:p w:rsidR="00984CDE" w:rsidRPr="000F4101" w:rsidRDefault="00687BD5">
      <w:pPr>
        <w:pStyle w:val="Small"/>
        <w:keepLines/>
        <w:spacing w:after="530"/>
        <w:rPr>
          <w:rFonts w:hint="eastAsia"/>
          <w:lang w:val="fr-FR"/>
        </w:rPr>
      </w:pPr>
      <w:r w:rsidRPr="000F4101">
        <w:rPr>
          <w:rFonts w:eastAsia="Space Mono" w:cs="Space Mono"/>
          <w:lang w:val="fr-FR"/>
        </w:rPr>
        <w:t>Contrôles mobiles · HACCP · Tests applicatifs</w:t>
      </w:r>
    </w:p>
    <w:p w:rsidR="00984CDE" w:rsidRPr="000F4101" w:rsidRDefault="00687BD5">
      <w:pPr>
        <w:pStyle w:val="Titre3"/>
        <w:keepLines/>
        <w:rPr>
          <w:rFonts w:hint="eastAsia"/>
          <w:lang w:val="fr-FR"/>
        </w:rPr>
      </w:pPr>
      <w:r w:rsidRPr="000F4101">
        <w:rPr>
          <w:rFonts w:eastAsia="Space Mono" w:cs="Space Mono"/>
          <w:lang w:val="fr-FR"/>
        </w:rPr>
        <w:lastRenderedPageBreak/>
        <w:t xml:space="preserve">05.04 / Plateforme </w:t>
      </w:r>
      <w:proofErr w:type="spellStart"/>
      <w:r w:rsidRPr="000F4101">
        <w:rPr>
          <w:rFonts w:eastAsia="Space Mono" w:cs="Space Mono"/>
          <w:lang w:val="fr-FR"/>
        </w:rPr>
        <w:t>eTicketing</w:t>
      </w:r>
      <w:proofErr w:type="spellEnd"/>
      <w:r w:rsidRPr="000F4101">
        <w:rPr>
          <w:rFonts w:eastAsia="Space Mono" w:cs="Space Mono"/>
          <w:lang w:val="fr-FR"/>
        </w:rPr>
        <w:t xml:space="preserve"> Salon international du jeu</w:t>
      </w:r>
    </w:p>
    <w:p w:rsidR="00984CDE" w:rsidRPr="000F4101" w:rsidRDefault="00687BD5">
      <w:pPr>
        <w:pStyle w:val="Label"/>
        <w:keepLines/>
        <w:rPr>
          <w:rFonts w:hint="eastAsia"/>
          <w:lang w:val="fr-FR"/>
        </w:rPr>
      </w:pPr>
      <w:r w:rsidRPr="000F4101">
        <w:rPr>
          <w:rFonts w:eastAsia="Space Mono" w:cs="Space Mono"/>
          <w:lang w:val="fr-FR"/>
        </w:rPr>
        <w:t>Salon international du jeu · ALLEMAGNE - ESN</w:t>
      </w:r>
    </w:p>
    <w:p w:rsidR="00984CDE" w:rsidRPr="000F4101" w:rsidRDefault="00687BD5">
      <w:pPr>
        <w:keepNext/>
        <w:keepLines/>
        <w:rPr>
          <w:rFonts w:hint="eastAsia"/>
          <w:lang w:val="fr-FR"/>
        </w:rPr>
      </w:pPr>
      <w:r w:rsidRPr="000F4101">
        <w:rPr>
          <w:rFonts w:eastAsia="Space Mono" w:cs="Space Mono"/>
          <w:lang w:val="fr-FR"/>
        </w:rPr>
        <w:t xml:space="preserve">Maintenance corrective et évolutive de la plateforme </w:t>
      </w:r>
      <w:proofErr w:type="spellStart"/>
      <w:r w:rsidRPr="000F4101">
        <w:rPr>
          <w:rFonts w:eastAsia="Space Mono" w:cs="Space Mono"/>
          <w:lang w:val="fr-FR"/>
        </w:rPr>
        <w:t>eTicketing</w:t>
      </w:r>
      <w:proofErr w:type="spellEnd"/>
      <w:r w:rsidRPr="000F4101">
        <w:rPr>
          <w:rFonts w:eastAsia="Space Mono" w:cs="Space Mono"/>
          <w:lang w:val="fr-FR"/>
        </w:rPr>
        <w:t xml:space="preserve"> multilingue du salon international Salon international du jeu. En relation directe avec l</w:t>
      </w:r>
      <w:r w:rsidRPr="000F4101">
        <w:rPr>
          <w:rFonts w:eastAsia="Space Mono" w:cs="Space Mono"/>
          <w:lang w:val="fr-FR"/>
        </w:rPr>
        <w:t>e client allemand, j’échange à l’écrit et à l’oral en anglais sur les demandes et retours, puis développe, teste et déploie les évolutions.</w:t>
      </w:r>
    </w:p>
    <w:p w:rsidR="00984CDE" w:rsidRPr="000F4101" w:rsidRDefault="00687BD5">
      <w:pPr>
        <w:pStyle w:val="Small"/>
        <w:keepNext/>
        <w:keepLines/>
        <w:rPr>
          <w:rFonts w:hint="eastAsia"/>
          <w:lang w:val="fr-FR"/>
        </w:rPr>
      </w:pPr>
      <w:r w:rsidRPr="000F4101">
        <w:rPr>
          <w:rFonts w:eastAsia="Space Mono" w:cs="Space Mono"/>
          <w:lang w:val="fr-FR"/>
        </w:rPr>
        <w:t>Mon rôle - Chef de projet · Développeur</w:t>
      </w:r>
    </w:p>
    <w:p w:rsidR="00984CDE" w:rsidRPr="000F4101" w:rsidRDefault="00687BD5">
      <w:pPr>
        <w:pStyle w:val="Small"/>
        <w:keepLines/>
        <w:spacing w:after="530"/>
        <w:rPr>
          <w:rFonts w:hint="eastAsia"/>
          <w:lang w:val="fr-FR"/>
        </w:rPr>
      </w:pPr>
      <w:r w:rsidRPr="000F4101">
        <w:rPr>
          <w:rFonts w:eastAsia="Space Mono" w:cs="Space Mono"/>
          <w:lang w:val="fr-FR"/>
        </w:rPr>
        <w:t>Projet international · Anglais professionnel</w:t>
      </w:r>
    </w:p>
    <w:p w:rsidR="00984CDE" w:rsidRPr="000F4101" w:rsidRDefault="00687BD5">
      <w:pPr>
        <w:pStyle w:val="Titre3"/>
        <w:keepLines/>
        <w:rPr>
          <w:rFonts w:hint="eastAsia"/>
          <w:lang w:val="fr-FR"/>
        </w:rPr>
      </w:pPr>
      <w:r w:rsidRPr="000F4101">
        <w:rPr>
          <w:rFonts w:eastAsia="Space Mono" w:cs="Space Mono"/>
          <w:lang w:val="fr-FR"/>
        </w:rPr>
        <w:t>05.05 / Gestion de la TLPE</w:t>
      </w:r>
    </w:p>
    <w:p w:rsidR="00984CDE" w:rsidRPr="000F4101" w:rsidRDefault="00687BD5">
      <w:pPr>
        <w:pStyle w:val="Label"/>
        <w:keepLines/>
        <w:rPr>
          <w:rFonts w:hint="eastAsia"/>
          <w:lang w:val="fr-FR"/>
        </w:rPr>
      </w:pPr>
      <w:r w:rsidRPr="000F4101">
        <w:rPr>
          <w:rFonts w:eastAsia="Space Mono" w:cs="Space Mono"/>
          <w:lang w:val="fr-FR"/>
        </w:rPr>
        <w:t>Éditeur de logiciel fiscal - ESN</w:t>
      </w:r>
    </w:p>
    <w:p w:rsidR="00984CDE" w:rsidRPr="000F4101" w:rsidRDefault="00687BD5">
      <w:pPr>
        <w:keepNext/>
        <w:keepLines/>
        <w:rPr>
          <w:rFonts w:hint="eastAsia"/>
          <w:lang w:val="fr-FR"/>
        </w:rPr>
      </w:pPr>
      <w:r w:rsidRPr="000F4101">
        <w:rPr>
          <w:rFonts w:eastAsia="Space Mono" w:cs="Space Mono"/>
          <w:lang w:val="fr-FR"/>
        </w:rPr>
        <w:t>Développement et support d’une application de gestion de la taxe locale sur la publicité extérieure, avec des volumes de données importants. Je réalise de nouvelles interfaces, des modules statistiques et commerciaux, des g</w:t>
      </w:r>
      <w:r w:rsidRPr="000F4101">
        <w:rPr>
          <w:rFonts w:eastAsia="Space Mono" w:cs="Space Mono"/>
          <w:lang w:val="fr-FR"/>
        </w:rPr>
        <w:t>raphiques et restitutions, en tenant compte des performances et des appels Ajax asynchrones.</w:t>
      </w:r>
    </w:p>
    <w:p w:rsidR="00984CDE" w:rsidRPr="000F4101" w:rsidRDefault="00687BD5">
      <w:pPr>
        <w:pStyle w:val="Small"/>
        <w:keepNext/>
        <w:keepLines/>
        <w:rPr>
          <w:rFonts w:hint="eastAsia"/>
          <w:lang w:val="fr-FR"/>
        </w:rPr>
      </w:pPr>
      <w:r w:rsidRPr="000F4101">
        <w:rPr>
          <w:rFonts w:eastAsia="Space Mono" w:cs="Space Mono"/>
          <w:lang w:val="fr-FR"/>
        </w:rPr>
        <w:t>Mon rôle - Analyste fonctionnel · Développeur</w:t>
      </w:r>
    </w:p>
    <w:p w:rsidR="00984CDE" w:rsidRPr="000F4101" w:rsidRDefault="00687BD5">
      <w:pPr>
        <w:pStyle w:val="Small"/>
        <w:keepLines/>
        <w:spacing w:after="530"/>
        <w:rPr>
          <w:rFonts w:hint="eastAsia"/>
          <w:lang w:val="fr-FR"/>
        </w:rPr>
      </w:pPr>
      <w:r w:rsidRPr="000F4101">
        <w:rPr>
          <w:rFonts w:eastAsia="Space Mono" w:cs="Space Mono"/>
          <w:lang w:val="fr-FR"/>
        </w:rPr>
        <w:t>Statistiques et restitutions · Volumes de données · Performance</w:t>
      </w:r>
    </w:p>
    <w:p w:rsidR="00984CDE" w:rsidRPr="000F4101" w:rsidRDefault="00687BD5">
      <w:pPr>
        <w:pStyle w:val="Titre3"/>
        <w:keepLines/>
        <w:rPr>
          <w:rFonts w:hint="eastAsia"/>
          <w:lang w:val="fr-FR"/>
        </w:rPr>
      </w:pPr>
      <w:r w:rsidRPr="000F4101">
        <w:rPr>
          <w:rFonts w:eastAsia="Space Mono" w:cs="Space Mono"/>
          <w:lang w:val="fr-FR"/>
        </w:rPr>
        <w:t>05.06 / Intranet de gestion tarifaire</w:t>
      </w:r>
    </w:p>
    <w:p w:rsidR="00984CDE" w:rsidRPr="000F4101" w:rsidRDefault="00687BD5">
      <w:pPr>
        <w:pStyle w:val="Label"/>
        <w:keepLines/>
        <w:rPr>
          <w:rFonts w:hint="eastAsia"/>
          <w:lang w:val="fr-FR"/>
        </w:rPr>
      </w:pPr>
      <w:r w:rsidRPr="000F4101">
        <w:rPr>
          <w:rFonts w:eastAsia="Space Mono" w:cs="Space Mono"/>
          <w:lang w:val="fr-FR"/>
        </w:rPr>
        <w:t>Distributeur de</w:t>
      </w:r>
      <w:r w:rsidRPr="000F4101">
        <w:rPr>
          <w:rFonts w:eastAsia="Space Mono" w:cs="Space Mono"/>
          <w:lang w:val="fr-FR"/>
        </w:rPr>
        <w:t xml:space="preserve"> matériaux - ESN</w:t>
      </w:r>
    </w:p>
    <w:p w:rsidR="00984CDE" w:rsidRPr="000F4101" w:rsidRDefault="00687BD5">
      <w:pPr>
        <w:keepNext/>
        <w:keepLines/>
        <w:rPr>
          <w:rFonts w:hint="eastAsia"/>
          <w:lang w:val="fr-FR"/>
        </w:rPr>
      </w:pPr>
      <w:r w:rsidRPr="000F4101">
        <w:rPr>
          <w:rFonts w:eastAsia="Space Mono" w:cs="Space Mono"/>
          <w:lang w:val="fr-FR"/>
        </w:rPr>
        <w:t>Intervention de développement sur un intranet métier de gestion tarifaire destiné à un usage interne chez Distributeur de matériaux.</w:t>
      </w:r>
    </w:p>
    <w:p w:rsidR="00984CDE" w:rsidRPr="000F4101" w:rsidRDefault="00687BD5">
      <w:pPr>
        <w:pStyle w:val="Small"/>
        <w:keepNext/>
        <w:keepLines/>
        <w:rPr>
          <w:rFonts w:hint="eastAsia"/>
          <w:lang w:val="fr-FR"/>
        </w:rPr>
      </w:pPr>
      <w:r w:rsidRPr="000F4101">
        <w:rPr>
          <w:rFonts w:eastAsia="Space Mono" w:cs="Space Mono"/>
          <w:lang w:val="fr-FR"/>
        </w:rPr>
        <w:t>Mon rôle - Développeur</w:t>
      </w:r>
    </w:p>
    <w:p w:rsidR="00984CDE" w:rsidRPr="000F4101" w:rsidRDefault="00687BD5">
      <w:pPr>
        <w:pStyle w:val="Small"/>
        <w:keepLines/>
        <w:spacing w:after="530"/>
        <w:rPr>
          <w:rFonts w:hint="eastAsia"/>
          <w:lang w:val="fr-FR"/>
        </w:rPr>
      </w:pPr>
      <w:r w:rsidRPr="000F4101">
        <w:rPr>
          <w:rFonts w:eastAsia="Space Mono" w:cs="Space Mono"/>
          <w:lang w:val="fr-FR"/>
        </w:rPr>
        <w:t>Intranet métier · Gestion tarifaire</w:t>
      </w:r>
    </w:p>
    <w:p w:rsidR="00984CDE" w:rsidRPr="000F4101" w:rsidRDefault="00687BD5">
      <w:pPr>
        <w:pStyle w:val="Titre3"/>
        <w:keepLines/>
        <w:rPr>
          <w:rFonts w:hint="eastAsia"/>
          <w:lang w:val="fr-FR"/>
        </w:rPr>
      </w:pPr>
      <w:r w:rsidRPr="000F4101">
        <w:rPr>
          <w:rFonts w:eastAsia="Space Mono" w:cs="Space Mono"/>
          <w:lang w:val="fr-FR"/>
        </w:rPr>
        <w:t xml:space="preserve">05.07 / Consolidation </w:t>
      </w:r>
      <w:proofErr w:type="gramStart"/>
      <w:r w:rsidRPr="000F4101">
        <w:rPr>
          <w:rFonts w:eastAsia="Space Mono" w:cs="Space Mono"/>
          <w:lang w:val="fr-FR"/>
        </w:rPr>
        <w:t>du référentiel clients</w:t>
      </w:r>
      <w:proofErr w:type="gramEnd"/>
      <w:r w:rsidRPr="000F4101">
        <w:rPr>
          <w:rFonts w:eastAsia="Space Mono" w:cs="Space Mono"/>
          <w:lang w:val="fr-FR"/>
        </w:rPr>
        <w:t xml:space="preserve"> &amp; </w:t>
      </w:r>
      <w:r w:rsidRPr="000F4101">
        <w:rPr>
          <w:rFonts w:eastAsia="Space Mono" w:cs="Space Mono"/>
          <w:lang w:val="fr-FR"/>
        </w:rPr>
        <w:t>équipements</w:t>
      </w:r>
    </w:p>
    <w:p w:rsidR="00984CDE" w:rsidRPr="000F4101" w:rsidRDefault="00687BD5">
      <w:pPr>
        <w:pStyle w:val="Label"/>
        <w:keepLines/>
        <w:rPr>
          <w:rFonts w:hint="eastAsia"/>
          <w:lang w:val="fr-FR"/>
        </w:rPr>
      </w:pPr>
      <w:r w:rsidRPr="000F4101">
        <w:rPr>
          <w:rFonts w:eastAsia="Space Mono" w:cs="Space Mono"/>
          <w:lang w:val="fr-FR"/>
        </w:rPr>
        <w:t>Opérateur de téléassistance · Opérateur de téléassistance - activité freelance</w:t>
      </w:r>
    </w:p>
    <w:p w:rsidR="00984CDE" w:rsidRPr="000F4101" w:rsidRDefault="00687BD5">
      <w:pPr>
        <w:keepNext/>
        <w:keepLines/>
        <w:rPr>
          <w:rFonts w:hint="eastAsia"/>
          <w:lang w:val="fr-FR"/>
        </w:rPr>
      </w:pPr>
      <w:r w:rsidRPr="000F4101">
        <w:rPr>
          <w:rFonts w:eastAsia="Space Mono" w:cs="Space Mono"/>
          <w:lang w:val="fr-FR"/>
        </w:rPr>
        <w:t xml:space="preserve">Consolidation et fiabilisation d’un référentiel d’environ 100 000 clients et de leurs équipements de téléassistance, utilisé pour le suivi des alarmes. Je rapproche </w:t>
      </w:r>
      <w:r w:rsidRPr="000F4101">
        <w:rPr>
          <w:rFonts w:eastAsia="Space Mono" w:cs="Space Mono"/>
          <w:lang w:val="fr-FR"/>
        </w:rPr>
        <w:t>les données d’une API, d’exports Excel et d’une base SQL, nettoie les informations et reconstitue les installations client. Avec le chef de projet et le lead développeur, je clarifie les règles de création et de mise à jour selon la priorité des sources, l</w:t>
      </w:r>
      <w:r w:rsidRPr="000F4101">
        <w:rPr>
          <w:rFonts w:eastAsia="Space Mono" w:cs="Space Mono"/>
          <w:lang w:val="fr-FR"/>
        </w:rPr>
        <w:t>a complétude et la fraîcheur des données. Je développe les traitements transactionnels PostgreSQL pour remettre le référentiel en cohérence avec les installations réelles.</w:t>
      </w:r>
    </w:p>
    <w:p w:rsidR="00984CDE" w:rsidRPr="000F4101" w:rsidRDefault="00687BD5">
      <w:pPr>
        <w:pStyle w:val="Small"/>
        <w:keepNext/>
        <w:keepLines/>
        <w:rPr>
          <w:rFonts w:hint="eastAsia"/>
          <w:lang w:val="fr-FR"/>
        </w:rPr>
      </w:pPr>
      <w:r w:rsidRPr="000F4101">
        <w:rPr>
          <w:rFonts w:eastAsia="Space Mono" w:cs="Space Mono"/>
          <w:lang w:val="fr-FR"/>
        </w:rPr>
        <w:t>Mon rôle - Analyste fonctionnel · Développeur</w:t>
      </w:r>
    </w:p>
    <w:p w:rsidR="00984CDE" w:rsidRPr="000F4101" w:rsidRDefault="00687BD5">
      <w:pPr>
        <w:pStyle w:val="Small"/>
        <w:keepLines/>
        <w:spacing w:after="530"/>
        <w:rPr>
          <w:rFonts w:hint="eastAsia"/>
          <w:lang w:val="fr-FR"/>
        </w:rPr>
      </w:pPr>
      <w:r w:rsidRPr="000F4101">
        <w:rPr>
          <w:rFonts w:eastAsia="Space Mono" w:cs="Space Mono"/>
          <w:lang w:val="fr-FR"/>
        </w:rPr>
        <w:t xml:space="preserve">100 000 clients · Sources hétérogènes </w:t>
      </w:r>
      <w:r w:rsidRPr="000F4101">
        <w:rPr>
          <w:rFonts w:eastAsia="Space Mono" w:cs="Space Mono"/>
          <w:lang w:val="fr-FR"/>
        </w:rPr>
        <w:t>· PostgreSQL transactionnel</w:t>
      </w:r>
    </w:p>
    <w:p w:rsidR="00984CDE" w:rsidRPr="000F4101" w:rsidRDefault="00687BD5">
      <w:pPr>
        <w:pStyle w:val="Titre2"/>
        <w:keepLines/>
        <w:rPr>
          <w:rFonts w:hint="eastAsia"/>
          <w:lang w:val="fr-FR"/>
        </w:rPr>
      </w:pPr>
      <w:r w:rsidRPr="000F4101">
        <w:rPr>
          <w:rFonts w:eastAsia="Space Mono" w:cs="Space Mono"/>
          <w:lang w:val="fr-FR"/>
        </w:rPr>
        <w:lastRenderedPageBreak/>
        <w:t>06 / Cogérance</w:t>
      </w:r>
    </w:p>
    <w:p w:rsidR="00984CDE" w:rsidRPr="000F4101" w:rsidRDefault="00687BD5">
      <w:pPr>
        <w:pStyle w:val="Titre3"/>
        <w:keepLines/>
        <w:rPr>
          <w:rFonts w:hint="eastAsia"/>
          <w:lang w:val="fr-FR"/>
        </w:rPr>
      </w:pPr>
      <w:r w:rsidRPr="000F4101">
        <w:rPr>
          <w:rFonts w:eastAsia="Space Mono" w:cs="Space Mono"/>
          <w:lang w:val="fr-FR"/>
        </w:rPr>
        <w:t xml:space="preserve">06.01 / </w:t>
      </w:r>
      <w:proofErr w:type="spellStart"/>
      <w:r w:rsidRPr="000F4101">
        <w:rPr>
          <w:rFonts w:eastAsia="Space Mono" w:cs="Space Mono"/>
          <w:lang w:val="fr-FR"/>
        </w:rPr>
        <w:t>Cocréation</w:t>
      </w:r>
      <w:proofErr w:type="spellEnd"/>
      <w:r w:rsidRPr="000F4101">
        <w:rPr>
          <w:rFonts w:eastAsia="Space Mono" w:cs="Space Mono"/>
          <w:lang w:val="fr-FR"/>
        </w:rPr>
        <w:t xml:space="preserve"> et cogérance d’une ESN</w:t>
      </w:r>
    </w:p>
    <w:p w:rsidR="00984CDE" w:rsidRPr="000F4101" w:rsidRDefault="00687BD5">
      <w:pPr>
        <w:pStyle w:val="Label"/>
        <w:keepLines/>
        <w:rPr>
          <w:rFonts w:hint="eastAsia"/>
          <w:lang w:val="fr-FR"/>
        </w:rPr>
      </w:pPr>
      <w:r w:rsidRPr="000F4101">
        <w:rPr>
          <w:rFonts w:eastAsia="Space Mono" w:cs="Space Mono"/>
          <w:lang w:val="fr-FR"/>
        </w:rPr>
        <w:t>ESN - 2015 → 2021</w:t>
      </w:r>
    </w:p>
    <w:p w:rsidR="00984CDE" w:rsidRPr="000F4101" w:rsidRDefault="00687BD5">
      <w:pPr>
        <w:keepNext/>
        <w:keepLines/>
        <w:rPr>
          <w:rFonts w:hint="eastAsia"/>
          <w:lang w:val="fr-FR"/>
        </w:rPr>
      </w:pPr>
      <w:r w:rsidRPr="000F4101">
        <w:rPr>
          <w:rFonts w:eastAsia="Space Mono" w:cs="Space Mono"/>
          <w:lang w:val="fr-FR"/>
        </w:rPr>
        <w:t>Associé cogérant de l’ESN, spécialisée dans le développement de logiciel métier sur mesure. Je participe à la prospection et à l’avant-vente : prospectio</w:t>
      </w:r>
      <w:r w:rsidRPr="000F4101">
        <w:rPr>
          <w:rFonts w:eastAsia="Space Mono" w:cs="Space Mono"/>
          <w:lang w:val="fr-FR"/>
        </w:rPr>
        <w:t>n téléphonique, salons, rendez-vous, compréhension des besoins, propositions techniques et commerciales. J'assure la facturation et les relances. Je contribue au management des collaborateurs, aux entretiens individuels et aux échanges quotidiens avec l’éq</w:t>
      </w:r>
      <w:r w:rsidRPr="000F4101">
        <w:rPr>
          <w:rFonts w:eastAsia="Space Mono" w:cs="Space Mono"/>
          <w:lang w:val="fr-FR"/>
        </w:rPr>
        <w:t>uipe. La communication fait aussi partie de mes responsabilités : identité visuelle, cartes de visite, flyers et supports commerciaux.</w:t>
      </w:r>
    </w:p>
    <w:p w:rsidR="00984CDE" w:rsidRPr="000F4101" w:rsidRDefault="00687BD5">
      <w:pPr>
        <w:pStyle w:val="Small"/>
        <w:keepNext/>
        <w:keepLines/>
        <w:rPr>
          <w:rFonts w:hint="eastAsia"/>
          <w:lang w:val="fr-FR"/>
        </w:rPr>
      </w:pPr>
      <w:r w:rsidRPr="000F4101">
        <w:rPr>
          <w:rFonts w:eastAsia="Space Mono" w:cs="Space Mono"/>
          <w:lang w:val="fr-FR"/>
        </w:rPr>
        <w:t>Mon rôle - Gérance</w:t>
      </w:r>
    </w:p>
    <w:p w:rsidR="00984CDE" w:rsidRPr="000F4101" w:rsidRDefault="00687BD5">
      <w:pPr>
        <w:pStyle w:val="Small"/>
        <w:keepLines/>
        <w:spacing w:after="530"/>
        <w:rPr>
          <w:rFonts w:hint="eastAsia"/>
          <w:lang w:val="fr-FR"/>
        </w:rPr>
      </w:pPr>
      <w:r w:rsidRPr="000F4101">
        <w:rPr>
          <w:rFonts w:eastAsia="Space Mono" w:cs="Space Mono"/>
          <w:lang w:val="fr-FR"/>
        </w:rPr>
        <w:t>Avant-vente &amp; relation client · Gestion économique · Management &amp; communication</w:t>
      </w:r>
    </w:p>
    <w:p w:rsidR="00984CDE" w:rsidRPr="000F4101" w:rsidRDefault="00687BD5">
      <w:pPr>
        <w:pStyle w:val="Titre2"/>
        <w:keepLines/>
        <w:rPr>
          <w:rFonts w:hint="eastAsia"/>
          <w:lang w:val="fr-FR"/>
        </w:rPr>
      </w:pPr>
      <w:r w:rsidRPr="000F4101">
        <w:rPr>
          <w:rFonts w:eastAsia="Space Mono" w:cs="Space Mono"/>
          <w:lang w:val="fr-FR"/>
        </w:rPr>
        <w:t>07 / Projets personnel</w:t>
      </w:r>
      <w:r w:rsidRPr="000F4101">
        <w:rPr>
          <w:rFonts w:eastAsia="Space Mono" w:cs="Space Mono"/>
          <w:lang w:val="fr-FR"/>
        </w:rPr>
        <w:t>s</w:t>
      </w:r>
    </w:p>
    <w:p w:rsidR="00984CDE" w:rsidRPr="000F4101" w:rsidRDefault="00687BD5">
      <w:pPr>
        <w:pStyle w:val="Titre3"/>
        <w:keepLines/>
        <w:rPr>
          <w:rFonts w:hint="eastAsia"/>
          <w:lang w:val="fr-FR"/>
        </w:rPr>
      </w:pPr>
      <w:r w:rsidRPr="000F4101">
        <w:rPr>
          <w:rFonts w:eastAsia="Space Mono" w:cs="Space Mono"/>
          <w:lang w:val="fr-FR"/>
        </w:rPr>
        <w:t>07.01 / Jeu pédagogique sur les phonèmes</w:t>
      </w:r>
    </w:p>
    <w:p w:rsidR="00984CDE" w:rsidRPr="000F4101" w:rsidRDefault="00687BD5">
      <w:pPr>
        <w:pStyle w:val="Label"/>
        <w:keepLines/>
        <w:rPr>
          <w:rFonts w:hint="eastAsia"/>
          <w:lang w:val="fr-FR"/>
        </w:rPr>
      </w:pPr>
      <w:r w:rsidRPr="000F4101">
        <w:rPr>
          <w:rFonts w:eastAsia="Space Mono" w:cs="Space Mono"/>
          <w:lang w:val="fr-FR"/>
        </w:rPr>
        <w:t>Projet personnel</w:t>
      </w:r>
    </w:p>
    <w:p w:rsidR="00984CDE" w:rsidRPr="000F4101" w:rsidRDefault="00687BD5">
      <w:pPr>
        <w:keepNext/>
        <w:keepLines/>
        <w:rPr>
          <w:rFonts w:hint="eastAsia"/>
          <w:lang w:val="fr-FR"/>
        </w:rPr>
      </w:pPr>
      <w:r w:rsidRPr="000F4101">
        <w:rPr>
          <w:rFonts w:eastAsia="Space Mono" w:cs="Space Mono"/>
          <w:lang w:val="fr-FR"/>
        </w:rPr>
        <w:t xml:space="preserve">Conception et développement en </w:t>
      </w:r>
      <w:proofErr w:type="spellStart"/>
      <w:r w:rsidRPr="000F4101">
        <w:rPr>
          <w:rFonts w:eastAsia="Space Mono" w:cs="Space Mono"/>
          <w:lang w:val="fr-FR"/>
        </w:rPr>
        <w:t>Vibe</w:t>
      </w:r>
      <w:proofErr w:type="spellEnd"/>
      <w:r w:rsidRPr="000F4101">
        <w:rPr>
          <w:rFonts w:eastAsia="Space Mono" w:cs="Space Mono"/>
          <w:lang w:val="fr-FR"/>
        </w:rPr>
        <w:t xml:space="preserve"> </w:t>
      </w:r>
      <w:proofErr w:type="spellStart"/>
      <w:r w:rsidRPr="000F4101">
        <w:rPr>
          <w:rFonts w:eastAsia="Space Mono" w:cs="Space Mono"/>
          <w:lang w:val="fr-FR"/>
        </w:rPr>
        <w:t>Coding</w:t>
      </w:r>
      <w:proofErr w:type="spellEnd"/>
      <w:r w:rsidRPr="000F4101">
        <w:rPr>
          <w:rFonts w:eastAsia="Space Mono" w:cs="Space Mono"/>
          <w:lang w:val="fr-FR"/>
        </w:rPr>
        <w:t xml:space="preserve"> d’un jeu pédagogique autour des phonèmes et de la lecture, inspiré du voyage d’Ulysse. Je construis le parcours narratif, les cartes, les épreuves et le </w:t>
      </w:r>
      <w:r w:rsidRPr="000F4101">
        <w:rPr>
          <w:rFonts w:eastAsia="Space Mono" w:cs="Space Mono"/>
          <w:lang w:val="fr-FR"/>
        </w:rPr>
        <w:t>suivi de progression dans Godot, avec une interface web et des référentiels pédagogiques configurables. Le prototype est jouable et le projet reste en développement.</w:t>
      </w:r>
    </w:p>
    <w:p w:rsidR="00984CDE" w:rsidRPr="000F4101" w:rsidRDefault="00687BD5">
      <w:pPr>
        <w:pStyle w:val="Small"/>
        <w:keepNext/>
        <w:keepLines/>
        <w:rPr>
          <w:rFonts w:hint="eastAsia"/>
          <w:lang w:val="fr-FR"/>
        </w:rPr>
      </w:pPr>
      <w:r w:rsidRPr="000F4101">
        <w:rPr>
          <w:rFonts w:eastAsia="Space Mono" w:cs="Space Mono"/>
          <w:lang w:val="fr-FR"/>
        </w:rPr>
        <w:t>Mon rôle - Concepteur · Développeur</w:t>
      </w:r>
    </w:p>
    <w:p w:rsidR="00984CDE" w:rsidRPr="000F4101" w:rsidRDefault="00687BD5">
      <w:pPr>
        <w:pStyle w:val="Small"/>
        <w:keepLines/>
        <w:spacing w:after="530"/>
        <w:rPr>
          <w:rFonts w:hint="eastAsia"/>
          <w:lang w:val="fr-FR"/>
        </w:rPr>
      </w:pPr>
      <w:proofErr w:type="spellStart"/>
      <w:r w:rsidRPr="000F4101">
        <w:rPr>
          <w:rFonts w:eastAsia="Space Mono" w:cs="Space Mono"/>
          <w:lang w:val="fr-FR"/>
        </w:rPr>
        <w:t>Vibe</w:t>
      </w:r>
      <w:proofErr w:type="spellEnd"/>
      <w:r w:rsidRPr="000F4101">
        <w:rPr>
          <w:rFonts w:eastAsia="Space Mono" w:cs="Space Mono"/>
          <w:lang w:val="fr-FR"/>
        </w:rPr>
        <w:t xml:space="preserve"> </w:t>
      </w:r>
      <w:proofErr w:type="spellStart"/>
      <w:r w:rsidRPr="000F4101">
        <w:rPr>
          <w:rFonts w:eastAsia="Space Mono" w:cs="Space Mono"/>
          <w:lang w:val="fr-FR"/>
        </w:rPr>
        <w:t>Coding</w:t>
      </w:r>
      <w:proofErr w:type="spellEnd"/>
      <w:r w:rsidRPr="000F4101">
        <w:rPr>
          <w:rFonts w:eastAsia="Space Mono" w:cs="Space Mono"/>
          <w:lang w:val="fr-FR"/>
        </w:rPr>
        <w:t xml:space="preserve"> · Jeu pédagogique · Godot</w:t>
      </w:r>
    </w:p>
    <w:p w:rsidR="00984CDE" w:rsidRPr="000F4101" w:rsidRDefault="00687BD5">
      <w:pPr>
        <w:pStyle w:val="Titre3"/>
        <w:keepLines/>
        <w:rPr>
          <w:rFonts w:hint="eastAsia"/>
          <w:lang w:val="fr-FR"/>
        </w:rPr>
      </w:pPr>
      <w:r w:rsidRPr="000F4101">
        <w:rPr>
          <w:rFonts w:eastAsia="Space Mono" w:cs="Space Mono"/>
          <w:lang w:val="fr-FR"/>
        </w:rPr>
        <w:t xml:space="preserve">07.02 / Gestion </w:t>
      </w:r>
      <w:r w:rsidRPr="000F4101">
        <w:rPr>
          <w:rFonts w:eastAsia="Space Mono" w:cs="Space Mono"/>
          <w:lang w:val="fr-FR"/>
        </w:rPr>
        <w:t>de stock familiale</w:t>
      </w:r>
    </w:p>
    <w:p w:rsidR="00984CDE" w:rsidRPr="000F4101" w:rsidRDefault="00687BD5">
      <w:pPr>
        <w:pStyle w:val="Label"/>
        <w:keepLines/>
        <w:rPr>
          <w:rFonts w:hint="eastAsia"/>
          <w:lang w:val="fr-FR"/>
        </w:rPr>
      </w:pPr>
      <w:r w:rsidRPr="000F4101">
        <w:rPr>
          <w:rFonts w:eastAsia="Space Mono" w:cs="Space Mono"/>
          <w:lang w:val="fr-FR"/>
        </w:rPr>
        <w:t>Projet personnel</w:t>
      </w:r>
    </w:p>
    <w:p w:rsidR="00984CDE" w:rsidRPr="000F4101" w:rsidRDefault="00687BD5">
      <w:pPr>
        <w:keepNext/>
        <w:keepLines/>
        <w:rPr>
          <w:rFonts w:hint="eastAsia"/>
          <w:lang w:val="fr-FR"/>
        </w:rPr>
      </w:pPr>
      <w:r w:rsidRPr="000F4101">
        <w:rPr>
          <w:rFonts w:eastAsia="Space Mono" w:cs="Space Mono"/>
          <w:lang w:val="fr-FR"/>
        </w:rPr>
        <w:t xml:space="preserve">Conception et réalisation personnelle d’une application de gestion de stock familiale avec un </w:t>
      </w:r>
      <w:proofErr w:type="spellStart"/>
      <w:r w:rsidRPr="000F4101">
        <w:rPr>
          <w:rFonts w:eastAsia="Space Mono" w:cs="Space Mono"/>
          <w:lang w:val="fr-FR"/>
        </w:rPr>
        <w:t>frontend</w:t>
      </w:r>
      <w:proofErr w:type="spellEnd"/>
      <w:r w:rsidRPr="000F4101">
        <w:rPr>
          <w:rFonts w:eastAsia="Space Mono" w:cs="Space Mono"/>
          <w:lang w:val="fr-FR"/>
        </w:rPr>
        <w:t xml:space="preserve"> </w:t>
      </w:r>
      <w:proofErr w:type="spellStart"/>
      <w:r w:rsidRPr="000F4101">
        <w:rPr>
          <w:rFonts w:eastAsia="Space Mono" w:cs="Space Mono"/>
          <w:lang w:val="fr-FR"/>
        </w:rPr>
        <w:t>React</w:t>
      </w:r>
      <w:proofErr w:type="spellEnd"/>
      <w:r w:rsidRPr="000F4101">
        <w:rPr>
          <w:rFonts w:eastAsia="Space Mono" w:cs="Space Mono"/>
          <w:lang w:val="fr-FR"/>
        </w:rPr>
        <w:t xml:space="preserve">. Je développe le projet en </w:t>
      </w:r>
      <w:proofErr w:type="spellStart"/>
      <w:r w:rsidRPr="000F4101">
        <w:rPr>
          <w:rFonts w:eastAsia="Space Mono" w:cs="Space Mono"/>
          <w:lang w:val="fr-FR"/>
        </w:rPr>
        <w:t>Vibe</w:t>
      </w:r>
      <w:proofErr w:type="spellEnd"/>
      <w:r w:rsidRPr="000F4101">
        <w:rPr>
          <w:rFonts w:eastAsia="Space Mono" w:cs="Space Mono"/>
          <w:lang w:val="fr-FR"/>
        </w:rPr>
        <w:t xml:space="preserve"> </w:t>
      </w:r>
      <w:proofErr w:type="spellStart"/>
      <w:r w:rsidRPr="000F4101">
        <w:rPr>
          <w:rFonts w:eastAsia="Space Mono" w:cs="Space Mono"/>
          <w:lang w:val="fr-FR"/>
        </w:rPr>
        <w:t>Coding</w:t>
      </w:r>
      <w:proofErr w:type="spellEnd"/>
      <w:r w:rsidRPr="000F4101">
        <w:rPr>
          <w:rFonts w:eastAsia="Space Mono" w:cs="Space Mono"/>
          <w:lang w:val="fr-FR"/>
        </w:rPr>
        <w:t>, avec l’assistance de l’IA.</w:t>
      </w:r>
    </w:p>
    <w:p w:rsidR="00984CDE" w:rsidRPr="000F4101" w:rsidRDefault="00687BD5">
      <w:pPr>
        <w:pStyle w:val="Small"/>
        <w:keepNext/>
        <w:keepLines/>
        <w:rPr>
          <w:rFonts w:hint="eastAsia"/>
          <w:lang w:val="fr-FR"/>
        </w:rPr>
      </w:pPr>
      <w:r w:rsidRPr="000F4101">
        <w:rPr>
          <w:rFonts w:eastAsia="Space Mono" w:cs="Space Mono"/>
          <w:lang w:val="fr-FR"/>
        </w:rPr>
        <w:t>Mon rôle - Concepteur · Développeur</w:t>
      </w:r>
    </w:p>
    <w:p w:rsidR="00984CDE" w:rsidRPr="000F4101" w:rsidRDefault="00687BD5">
      <w:pPr>
        <w:pStyle w:val="Small"/>
        <w:keepLines/>
        <w:spacing w:after="530"/>
        <w:rPr>
          <w:rFonts w:hint="eastAsia"/>
          <w:lang w:val="fr-FR"/>
        </w:rPr>
      </w:pPr>
      <w:proofErr w:type="spellStart"/>
      <w:r w:rsidRPr="000F4101">
        <w:rPr>
          <w:rFonts w:eastAsia="Space Mono" w:cs="Space Mono"/>
          <w:lang w:val="fr-FR"/>
        </w:rPr>
        <w:t>Vibe</w:t>
      </w:r>
      <w:proofErr w:type="spellEnd"/>
      <w:r w:rsidRPr="000F4101">
        <w:rPr>
          <w:rFonts w:eastAsia="Space Mono" w:cs="Space Mono"/>
          <w:lang w:val="fr-FR"/>
        </w:rPr>
        <w:t xml:space="preserve"> </w:t>
      </w:r>
      <w:proofErr w:type="spellStart"/>
      <w:r w:rsidRPr="000F4101">
        <w:rPr>
          <w:rFonts w:eastAsia="Space Mono" w:cs="Space Mono"/>
          <w:lang w:val="fr-FR"/>
        </w:rPr>
        <w:t>Cod</w:t>
      </w:r>
      <w:r w:rsidRPr="000F4101">
        <w:rPr>
          <w:rFonts w:eastAsia="Space Mono" w:cs="Space Mono"/>
          <w:lang w:val="fr-FR"/>
        </w:rPr>
        <w:t>ing</w:t>
      </w:r>
      <w:proofErr w:type="spellEnd"/>
      <w:r w:rsidRPr="000F4101">
        <w:rPr>
          <w:rFonts w:eastAsia="Space Mono" w:cs="Space Mono"/>
          <w:lang w:val="fr-FR"/>
        </w:rPr>
        <w:t xml:space="preserve"> · Gestion de stock · </w:t>
      </w:r>
      <w:proofErr w:type="spellStart"/>
      <w:r w:rsidRPr="000F4101">
        <w:rPr>
          <w:rFonts w:eastAsia="Space Mono" w:cs="Space Mono"/>
          <w:lang w:val="fr-FR"/>
        </w:rPr>
        <w:t>React</w:t>
      </w:r>
      <w:proofErr w:type="spellEnd"/>
    </w:p>
    <w:p w:rsidR="00984CDE" w:rsidRPr="000F4101" w:rsidRDefault="00687BD5">
      <w:pPr>
        <w:pStyle w:val="Titre3"/>
        <w:keepLines/>
        <w:rPr>
          <w:rFonts w:hint="eastAsia"/>
          <w:lang w:val="fr-FR"/>
        </w:rPr>
      </w:pPr>
      <w:r w:rsidRPr="000F4101">
        <w:rPr>
          <w:rFonts w:eastAsia="Space Mono" w:cs="Space Mono"/>
          <w:lang w:val="fr-FR"/>
        </w:rPr>
        <w:t xml:space="preserve">07.03 / </w:t>
      </w:r>
      <w:proofErr w:type="spellStart"/>
      <w:r w:rsidRPr="000F4101">
        <w:rPr>
          <w:rFonts w:eastAsia="Space Mono" w:cs="Space Mono"/>
          <w:lang w:val="fr-FR"/>
        </w:rPr>
        <w:t>Scraping</w:t>
      </w:r>
      <w:proofErr w:type="spellEnd"/>
      <w:r w:rsidRPr="000F4101">
        <w:rPr>
          <w:rFonts w:eastAsia="Space Mono" w:cs="Space Mono"/>
          <w:lang w:val="fr-FR"/>
        </w:rPr>
        <w:t xml:space="preserve"> et génération de BD en PDF</w:t>
      </w:r>
    </w:p>
    <w:p w:rsidR="00984CDE" w:rsidRPr="000F4101" w:rsidRDefault="00687BD5">
      <w:pPr>
        <w:pStyle w:val="Label"/>
        <w:keepLines/>
        <w:rPr>
          <w:rFonts w:hint="eastAsia"/>
          <w:lang w:val="fr-FR"/>
        </w:rPr>
      </w:pPr>
      <w:r w:rsidRPr="000F4101">
        <w:rPr>
          <w:rFonts w:eastAsia="Space Mono" w:cs="Space Mono"/>
          <w:lang w:val="fr-FR"/>
        </w:rPr>
        <w:t>Projet personnel</w:t>
      </w:r>
    </w:p>
    <w:p w:rsidR="00984CDE" w:rsidRPr="000F4101" w:rsidRDefault="00687BD5">
      <w:pPr>
        <w:keepNext/>
        <w:keepLines/>
        <w:rPr>
          <w:rFonts w:hint="eastAsia"/>
          <w:lang w:val="fr-FR"/>
        </w:rPr>
      </w:pPr>
      <w:r w:rsidRPr="000F4101">
        <w:rPr>
          <w:rFonts w:eastAsia="Space Mono" w:cs="Space Mono"/>
          <w:lang w:val="fr-FR"/>
        </w:rPr>
        <w:t xml:space="preserve">Développement personnel d’un outil de </w:t>
      </w:r>
      <w:proofErr w:type="spellStart"/>
      <w:r w:rsidRPr="000F4101">
        <w:rPr>
          <w:rFonts w:eastAsia="Space Mono" w:cs="Space Mono"/>
          <w:lang w:val="fr-FR"/>
        </w:rPr>
        <w:t>scraping</w:t>
      </w:r>
      <w:proofErr w:type="spellEnd"/>
      <w:r w:rsidRPr="000F4101">
        <w:rPr>
          <w:rFonts w:eastAsia="Space Mono" w:cs="Space Mono"/>
          <w:lang w:val="fr-FR"/>
        </w:rPr>
        <w:t xml:space="preserve"> et de génération de bandes dessinées en PDF. Je réalise l’exploration des pages, la récupération des images, la détec</w:t>
      </w:r>
      <w:r w:rsidRPr="000F4101">
        <w:rPr>
          <w:rFonts w:eastAsia="Space Mono" w:cs="Space Mono"/>
          <w:lang w:val="fr-FR"/>
        </w:rPr>
        <w:t>tion et le téléchargement des seules nouveautés, puis leur assemblage en PDF, avec des traitements exécutés dans un thread.</w:t>
      </w:r>
    </w:p>
    <w:p w:rsidR="00984CDE" w:rsidRPr="000F4101" w:rsidRDefault="00687BD5">
      <w:pPr>
        <w:pStyle w:val="Small"/>
        <w:keepNext/>
        <w:keepLines/>
        <w:rPr>
          <w:rFonts w:hint="eastAsia"/>
          <w:lang w:val="fr-FR"/>
        </w:rPr>
      </w:pPr>
      <w:r w:rsidRPr="000F4101">
        <w:rPr>
          <w:rFonts w:eastAsia="Space Mono" w:cs="Space Mono"/>
          <w:lang w:val="fr-FR"/>
        </w:rPr>
        <w:t>Mon rôle - Concepteur · Développeur</w:t>
      </w:r>
    </w:p>
    <w:p w:rsidR="00984CDE" w:rsidRPr="000F4101" w:rsidRDefault="00687BD5">
      <w:pPr>
        <w:pStyle w:val="Small"/>
        <w:keepLines/>
        <w:spacing w:after="530"/>
        <w:rPr>
          <w:rFonts w:hint="eastAsia"/>
          <w:lang w:val="fr-FR"/>
        </w:rPr>
      </w:pPr>
      <w:r w:rsidRPr="000F4101">
        <w:rPr>
          <w:rFonts w:eastAsia="Space Mono" w:cs="Space Mono"/>
          <w:lang w:val="fr-FR"/>
        </w:rPr>
        <w:t xml:space="preserve">Automatisation · </w:t>
      </w:r>
      <w:proofErr w:type="spellStart"/>
      <w:r w:rsidRPr="000F4101">
        <w:rPr>
          <w:rFonts w:eastAsia="Space Mono" w:cs="Space Mono"/>
          <w:lang w:val="fr-FR"/>
        </w:rPr>
        <w:t>Scraping</w:t>
      </w:r>
      <w:proofErr w:type="spellEnd"/>
      <w:r w:rsidRPr="000F4101">
        <w:rPr>
          <w:rFonts w:eastAsia="Space Mono" w:cs="Space Mono"/>
          <w:lang w:val="fr-FR"/>
        </w:rPr>
        <w:t xml:space="preserve"> · Génération PDF</w:t>
      </w:r>
    </w:p>
    <w:p w:rsidR="00984CDE" w:rsidRPr="000F4101" w:rsidRDefault="00687BD5">
      <w:pPr>
        <w:pStyle w:val="Titre2"/>
        <w:keepLines/>
        <w:rPr>
          <w:rFonts w:hint="eastAsia"/>
          <w:lang w:val="fr-FR"/>
        </w:rPr>
      </w:pPr>
      <w:r w:rsidRPr="000F4101">
        <w:rPr>
          <w:rFonts w:eastAsia="Space Mono" w:cs="Space Mono"/>
          <w:lang w:val="fr-FR"/>
        </w:rPr>
        <w:lastRenderedPageBreak/>
        <w:t>08 / Engagement associatif &amp; pédagogie</w:t>
      </w:r>
    </w:p>
    <w:p w:rsidR="00984CDE" w:rsidRPr="000F4101" w:rsidRDefault="00687BD5">
      <w:pPr>
        <w:pStyle w:val="Titre3"/>
        <w:keepLines/>
        <w:rPr>
          <w:rFonts w:hint="eastAsia"/>
          <w:lang w:val="fr-FR"/>
        </w:rPr>
      </w:pPr>
      <w:r w:rsidRPr="000F4101">
        <w:rPr>
          <w:rFonts w:eastAsia="Space Mono" w:cs="Space Mono"/>
          <w:lang w:val="fr-FR"/>
        </w:rPr>
        <w:t>08.01 / Organi</w:t>
      </w:r>
      <w:r w:rsidRPr="000F4101">
        <w:rPr>
          <w:rFonts w:eastAsia="Space Mono" w:cs="Space Mono"/>
          <w:lang w:val="fr-FR"/>
        </w:rPr>
        <w:t>sation de conférences scientifiques</w:t>
      </w:r>
    </w:p>
    <w:p w:rsidR="00984CDE" w:rsidRPr="000F4101" w:rsidRDefault="00687BD5">
      <w:pPr>
        <w:pStyle w:val="Label"/>
        <w:keepLines/>
        <w:rPr>
          <w:rFonts w:hint="eastAsia"/>
          <w:lang w:val="fr-FR"/>
        </w:rPr>
      </w:pPr>
      <w:r w:rsidRPr="000F4101">
        <w:rPr>
          <w:rFonts w:eastAsia="Space Mono" w:cs="Space Mono"/>
          <w:lang w:val="fr-FR"/>
        </w:rPr>
        <w:t>Association de vulgarisation scientifique</w:t>
      </w:r>
    </w:p>
    <w:p w:rsidR="00984CDE" w:rsidRPr="000F4101" w:rsidRDefault="00687BD5">
      <w:pPr>
        <w:keepNext/>
        <w:keepLines/>
        <w:rPr>
          <w:rFonts w:hint="eastAsia"/>
          <w:lang w:val="fr-FR"/>
        </w:rPr>
      </w:pPr>
      <w:r w:rsidRPr="000F4101">
        <w:rPr>
          <w:rFonts w:eastAsia="Space Mono" w:cs="Space Mono"/>
          <w:lang w:val="fr-FR"/>
        </w:rPr>
        <w:t>Organisation de conférences scientifiques gratuites pour une association de vulgarisation scientifique, de la recherche du thème et des experts à la rencontre publique. Je coordo</w:t>
      </w:r>
      <w:r w:rsidRPr="000F4101">
        <w:rPr>
          <w:rFonts w:eastAsia="Space Mono" w:cs="Space Mono"/>
          <w:lang w:val="fr-FR"/>
        </w:rPr>
        <w:t xml:space="preserve">nne les événements, prépare la communication, présente les intervenants et anime les questions-réponses, sur des sujets comme l’IA responsable, James Webb, les troubles </w:t>
      </w:r>
      <w:proofErr w:type="spellStart"/>
      <w:r w:rsidRPr="000F4101">
        <w:rPr>
          <w:rFonts w:eastAsia="Space Mono" w:cs="Space Mono"/>
          <w:lang w:val="fr-FR"/>
        </w:rPr>
        <w:t>dys</w:t>
      </w:r>
      <w:proofErr w:type="spellEnd"/>
      <w:r w:rsidRPr="000F4101">
        <w:rPr>
          <w:rFonts w:eastAsia="Space Mono" w:cs="Space Mono"/>
          <w:lang w:val="fr-FR"/>
        </w:rPr>
        <w:t xml:space="preserve"> ou l’esprit critique.</w:t>
      </w:r>
    </w:p>
    <w:p w:rsidR="00984CDE" w:rsidRPr="000F4101" w:rsidRDefault="00687BD5">
      <w:pPr>
        <w:pStyle w:val="Small"/>
        <w:keepNext/>
        <w:keepLines/>
        <w:rPr>
          <w:rFonts w:hint="eastAsia"/>
          <w:lang w:val="fr-FR"/>
        </w:rPr>
      </w:pPr>
      <w:r w:rsidRPr="000F4101">
        <w:rPr>
          <w:rFonts w:eastAsia="Space Mono" w:cs="Space Mono"/>
          <w:lang w:val="fr-FR"/>
        </w:rPr>
        <w:t>Mon rôle - Organisateur · Animateur</w:t>
      </w:r>
    </w:p>
    <w:p w:rsidR="00984CDE" w:rsidRPr="000F4101" w:rsidRDefault="00687BD5">
      <w:pPr>
        <w:pStyle w:val="Small"/>
        <w:keepLines/>
        <w:spacing w:after="530"/>
        <w:rPr>
          <w:rFonts w:hint="eastAsia"/>
          <w:lang w:val="fr-FR"/>
        </w:rPr>
      </w:pPr>
      <w:r w:rsidRPr="000F4101">
        <w:rPr>
          <w:rFonts w:eastAsia="Space Mono" w:cs="Space Mono"/>
          <w:lang w:val="fr-FR"/>
        </w:rPr>
        <w:t>Vulgarisation scientifiqu</w:t>
      </w:r>
      <w:r w:rsidRPr="000F4101">
        <w:rPr>
          <w:rFonts w:eastAsia="Space Mono" w:cs="Space Mono"/>
          <w:lang w:val="fr-FR"/>
        </w:rPr>
        <w:t>e · Coordination d’événements · Animation publique</w:t>
      </w:r>
    </w:p>
    <w:p w:rsidR="00984CDE" w:rsidRPr="000F4101" w:rsidRDefault="00687BD5">
      <w:pPr>
        <w:pStyle w:val="Titre3"/>
        <w:keepLines/>
        <w:rPr>
          <w:rFonts w:hint="eastAsia"/>
          <w:lang w:val="fr-FR"/>
        </w:rPr>
      </w:pPr>
      <w:r w:rsidRPr="000F4101">
        <w:rPr>
          <w:rFonts w:eastAsia="Space Mono" w:cs="Space Mono"/>
          <w:lang w:val="fr-FR"/>
        </w:rPr>
        <w:t>08.02 / Intervention scolaire « Drôle d’aéromobile »</w:t>
      </w:r>
    </w:p>
    <w:p w:rsidR="00984CDE" w:rsidRPr="000F4101" w:rsidRDefault="00687BD5">
      <w:pPr>
        <w:pStyle w:val="Label"/>
        <w:keepLines/>
        <w:rPr>
          <w:rFonts w:hint="eastAsia"/>
          <w:lang w:val="fr-FR"/>
        </w:rPr>
      </w:pPr>
      <w:r w:rsidRPr="000F4101">
        <w:rPr>
          <w:rFonts w:eastAsia="Space Mono" w:cs="Space Mono"/>
          <w:lang w:val="fr-FR"/>
        </w:rPr>
        <w:t>École primaire</w:t>
      </w:r>
    </w:p>
    <w:p w:rsidR="00984CDE" w:rsidRPr="000F4101" w:rsidRDefault="00687BD5">
      <w:pPr>
        <w:keepNext/>
        <w:keepLines/>
        <w:rPr>
          <w:rFonts w:hint="eastAsia"/>
          <w:lang w:val="fr-FR"/>
        </w:rPr>
      </w:pPr>
      <w:r w:rsidRPr="000F4101">
        <w:rPr>
          <w:rFonts w:eastAsia="Space Mono" w:cs="Space Mono"/>
          <w:lang w:val="fr-FR"/>
        </w:rPr>
        <w:t>Préparation et animation d’une intervention en école primaire autour d’un véhicule propulsé par l’air, construit avec des matériaux de ré</w:t>
      </w:r>
      <w:r w:rsidRPr="000F4101">
        <w:rPr>
          <w:rFonts w:eastAsia="Space Mono" w:cs="Space Mono"/>
          <w:lang w:val="fr-FR"/>
        </w:rPr>
        <w:t>cupération. Je conçois un support de 209 diapositives, des activités et des contenus multimédias, puis en sélectionne une partie pour environ deux heures de théorie adaptée aux élèves : connaissances, hypothèses, expérimentation et démarche d’ingénierie.</w:t>
      </w:r>
    </w:p>
    <w:p w:rsidR="00984CDE" w:rsidRPr="000F4101" w:rsidRDefault="00687BD5">
      <w:pPr>
        <w:pStyle w:val="Small"/>
        <w:keepNext/>
        <w:keepLines/>
        <w:rPr>
          <w:rFonts w:hint="eastAsia"/>
          <w:lang w:val="fr-FR"/>
        </w:rPr>
      </w:pPr>
      <w:r w:rsidRPr="000F4101">
        <w:rPr>
          <w:rFonts w:eastAsia="Space Mono" w:cs="Space Mono"/>
          <w:lang w:val="fr-FR"/>
        </w:rPr>
        <w:t>M</w:t>
      </w:r>
      <w:r w:rsidRPr="000F4101">
        <w:rPr>
          <w:rFonts w:eastAsia="Space Mono" w:cs="Space Mono"/>
          <w:lang w:val="fr-FR"/>
        </w:rPr>
        <w:t>on rôle - Concepteur pédagogique · Animateur</w:t>
      </w:r>
    </w:p>
    <w:p w:rsidR="00984CDE" w:rsidRPr="000F4101" w:rsidRDefault="00687BD5">
      <w:pPr>
        <w:pStyle w:val="Small"/>
        <w:keepLines/>
        <w:spacing w:after="530"/>
        <w:rPr>
          <w:rFonts w:hint="eastAsia"/>
          <w:lang w:val="fr-FR"/>
        </w:rPr>
      </w:pPr>
      <w:r w:rsidRPr="000F4101">
        <w:rPr>
          <w:rFonts w:eastAsia="Space Mono" w:cs="Space Mono"/>
          <w:lang w:val="fr-FR"/>
        </w:rPr>
        <w:t>Méthode scientifique · Adaptation pédagogique · Expérimentation</w:t>
      </w:r>
    </w:p>
    <w:sectPr w:rsidR="00984CDE" w:rsidRPr="000F4101" w:rsidSect="00034616">
      <w:footerReference w:type="default" r:id="rId8"/>
      <w:pgSz w:w="11906" w:h="16838"/>
      <w:pgMar w:top="1080" w:right="1280" w:bottom="1320" w:left="1280" w:header="720" w:footer="48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7BD5" w:rsidRDefault="00687BD5">
      <w:pPr>
        <w:spacing w:after="0" w:line="240" w:lineRule="auto"/>
        <w:rPr>
          <w:rFonts w:hint="eastAsia"/>
        </w:rPr>
      </w:pPr>
      <w:r>
        <w:separator/>
      </w:r>
    </w:p>
  </w:endnote>
  <w:endnote w:type="continuationSeparator" w:id="0">
    <w:p w:rsidR="00687BD5" w:rsidRDefault="00687BD5">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ADA607A9-8BA2-40CA-ADEE-538A458766BF}"/>
    <w:embedBold r:id="rId2" w:fontKey="{ADADEE55-FC0C-4FE3-98D1-8A435B6F0C2F}"/>
  </w:font>
  <w:font w:name="MS Mincho">
    <w:altName w:val="ＭＳ 明朝"/>
    <w:panose1 w:val="02020609040205080304"/>
    <w:charset w:val="80"/>
    <w:family w:val="roman"/>
    <w:notTrueType/>
    <w:pitch w:val="fixed"/>
    <w:sig w:usb0="00000001" w:usb1="08070000" w:usb2="00000010" w:usb3="00000000" w:csb0="00020000" w:csb1="00000000"/>
  </w:font>
  <w:font w:name="Space Mono">
    <w:charset w:val="00"/>
    <w:family w:val="auto"/>
    <w:pitch w:val="default"/>
    <w:embedRegular r:id="rId3" w:fontKey="{F83DD1EC-3D18-40DC-8C49-CF738439C80D}"/>
    <w:embedBold r:id="rId4" w:fontKey="{296AEF10-A881-4026-B428-8DDEDDE7D75A}"/>
    <w:embedItalic r:id="rId5" w:fontKey="{09F6A346-1D0E-45D2-AEC1-A22104ECA73E}"/>
    <w:embedBoldItalic r:id="rId6" w:fontKey="{2E8B469B-F112-49BA-BC91-37C36E965401}"/>
  </w:font>
  <w:font w:name="Calibri">
    <w:panose1 w:val="020F0502020204030204"/>
    <w:charset w:val="00"/>
    <w:family w:val="swiss"/>
    <w:pitch w:val="variable"/>
    <w:sig w:usb0="E4002EFF" w:usb1="C200247B" w:usb2="00000009" w:usb3="00000000" w:csb0="000001FF" w:csb1="00000000"/>
    <w:embedRegular r:id="rId7" w:fontKey="{3F7640E9-7759-45A5-9BDA-C966694886F3}"/>
    <w:embedBold r:id="rId8" w:fontKey="{01FDD0EF-B7A5-4F62-845D-E8DDEEFACA69}"/>
    <w:embedItalic r:id="rId9" w:fontKey="{515E121C-6564-4F0B-A66A-1ADCFA439AA2}"/>
    <w:embedBoldItalic r:id="rId10" w:fontKey="{9A1E9FC2-DF6E-44D1-8071-92F544E42DB3}"/>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4CDE" w:rsidRDefault="00687BD5">
    <w:pPr>
      <w:tabs>
        <w:tab w:val="right" w:pos="9346"/>
      </w:tabs>
      <w:rPr>
        <w:rFonts w:hint="eastAsia"/>
      </w:rPr>
    </w:pPr>
    <w:r>
      <w:rPr>
        <w:rFonts w:eastAsia="Space Mono" w:cs="Space Mono"/>
        <w:sz w:val="14"/>
      </w:rPr>
      <w:t>CV anonymisé / Dossier de projets</w:t>
    </w:r>
    <w:r>
      <w:rPr>
        <w:rFonts w:eastAsia="Space Mono" w:cs="Space Mono"/>
        <w:sz w:val="14"/>
      </w:rPr>
      <w:tab/>
    </w:r>
    <w:r>
      <w:rPr>
        <w:sz w:val="14"/>
      </w:rPr>
      <w:fldChar w:fldCharType="begin"/>
    </w:r>
    <w:r>
      <w:rPr>
        <w:sz w:val="14"/>
      </w:rPr>
      <w:instrText>PAGE</w:instrText>
    </w:r>
    <w:r>
      <w:rPr>
        <w:rFonts w:hint="eastAsia"/>
        <w:sz w:val="14"/>
      </w:rPr>
      <w:fldChar w:fldCharType="separate"/>
    </w:r>
    <w:r w:rsidR="009D2BA4">
      <w:rPr>
        <w:rFonts w:hint="eastAsia"/>
        <w:noProof/>
        <w:sz w:val="14"/>
      </w:rPr>
      <w:t>1</w:t>
    </w:r>
    <w:r>
      <w:rPr>
        <w:sz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7BD5" w:rsidRDefault="00687BD5">
      <w:pPr>
        <w:spacing w:after="0" w:line="240" w:lineRule="auto"/>
        <w:rPr>
          <w:rFonts w:hint="eastAsia"/>
        </w:rPr>
      </w:pPr>
      <w:r>
        <w:separator/>
      </w:r>
    </w:p>
  </w:footnote>
  <w:footnote w:type="continuationSeparator" w:id="0">
    <w:p w:rsidR="00687BD5" w:rsidRDefault="00687BD5">
      <w:pPr>
        <w:spacing w:after="0" w:line="240" w:lineRule="auto"/>
        <w:rPr>
          <w:rFonts w:hint="eastAsia"/>
        </w:rPr>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TrueTypeFonts/>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0F4101"/>
    <w:rsid w:val="0015074B"/>
    <w:rsid w:val="0029639D"/>
    <w:rsid w:val="00326F90"/>
    <w:rsid w:val="00687BD5"/>
    <w:rsid w:val="00984CDE"/>
    <w:rsid w:val="009D2BA4"/>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739B5CB8-AD28-4119-9199-A967E8D86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140" w:line="270" w:lineRule="exact"/>
    </w:pPr>
    <w:rPr>
      <w:rFonts w:ascii="Space Mono" w:hAnsi="Space Mono"/>
      <w:color w:val="000000"/>
      <w:sz w:val="18"/>
    </w:rPr>
  </w:style>
  <w:style w:type="paragraph" w:styleId="Titre1">
    <w:name w:val="heading 1"/>
    <w:basedOn w:val="Normal"/>
    <w:next w:val="Normal"/>
    <w:link w:val="Titre1Car"/>
    <w:uiPriority w:val="9"/>
    <w:qFormat/>
    <w:rsid w:val="00FC693F"/>
    <w:pPr>
      <w:keepNext/>
      <w:spacing w:before="100" w:after="320" w:line="440" w:lineRule="exact"/>
      <w:outlineLvl w:val="0"/>
    </w:pPr>
    <w:rPr>
      <w:b/>
      <w:sz w:val="34"/>
    </w:rPr>
  </w:style>
  <w:style w:type="paragraph" w:styleId="Titre2">
    <w:name w:val="heading 2"/>
    <w:basedOn w:val="Normal"/>
    <w:next w:val="Normal"/>
    <w:link w:val="Titre2Car"/>
    <w:uiPriority w:val="9"/>
    <w:unhideWhenUsed/>
    <w:qFormat/>
    <w:rsid w:val="00FC693F"/>
    <w:pPr>
      <w:keepNext/>
      <w:spacing w:before="280" w:after="180" w:line="340" w:lineRule="exact"/>
      <w:outlineLvl w:val="1"/>
    </w:pPr>
    <w:rPr>
      <w:b/>
      <w:sz w:val="24"/>
    </w:rPr>
  </w:style>
  <w:style w:type="paragraph" w:styleId="Titre3">
    <w:name w:val="heading 3"/>
    <w:basedOn w:val="Normal"/>
    <w:next w:val="Normal"/>
    <w:link w:val="Titre3Car"/>
    <w:uiPriority w:val="9"/>
    <w:unhideWhenUsed/>
    <w:qFormat/>
    <w:rsid w:val="00FC693F"/>
    <w:pPr>
      <w:keepNext/>
      <w:spacing w:before="200" w:after="120" w:line="280" w:lineRule="exact"/>
      <w:outlineLvl w:val="2"/>
    </w:pPr>
    <w:rPr>
      <w:b/>
      <w:sz w:val="20"/>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keepNext/>
      <w:spacing w:after="160" w:line="520" w:lineRule="exact"/>
    </w:pPr>
    <w:rPr>
      <w:b/>
      <w:sz w:val="44"/>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keepNext/>
      <w:spacing w:after="160" w:line="340" w:lineRule="exact"/>
    </w:pPr>
    <w:rPr>
      <w:b/>
      <w:sz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Emphaseple">
    <w:name w:val="Subtle Emphasis"/>
    <w:basedOn w:val="Policepardfaut"/>
    <w:uiPriority w:val="19"/>
    <w:qFormat/>
    <w:rsid w:val="00FC693F"/>
    <w:rPr>
      <w:i/>
      <w:iCs/>
      <w:color w:val="808080" w:themeColor="text1" w:themeTint="7F"/>
    </w:rPr>
  </w:style>
  <w:style w:type="character" w:styleId="Emphaseintense">
    <w:name w:val="Intense Emphasis"/>
    <w:basedOn w:val="Policepardfaut"/>
    <w:uiPriority w:val="21"/>
    <w:qFormat/>
    <w:rsid w:val="00FC693F"/>
    <w:rPr>
      <w:b/>
      <w:bCs/>
      <w:i/>
      <w:iCs/>
      <w:color w:val="4F81BD" w:themeColor="accent1"/>
    </w:rPr>
  </w:style>
  <w:style w:type="character" w:styleId="Rfrencepl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VSection">
    <w:name w:val="CVSection"/>
    <w:pPr>
      <w:keepNext/>
      <w:spacing w:before="300" w:after="180" w:line="340" w:lineRule="exact"/>
    </w:pPr>
    <w:rPr>
      <w:rFonts w:ascii="Space Mono" w:hAnsi="Space Mono"/>
      <w:b/>
      <w:color w:val="000000"/>
      <w:sz w:val="24"/>
    </w:rPr>
  </w:style>
  <w:style w:type="paragraph" w:customStyle="1" w:styleId="CVSkills">
    <w:name w:val="CVSkills"/>
    <w:pPr>
      <w:spacing w:after="80" w:line="240" w:lineRule="exact"/>
    </w:pPr>
    <w:rPr>
      <w:rFonts w:ascii="Space Mono" w:hAnsi="Space Mono"/>
      <w:color w:val="000000"/>
      <w:sz w:val="18"/>
    </w:rPr>
  </w:style>
  <w:style w:type="paragraph" w:customStyle="1" w:styleId="CVJob">
    <w:name w:val="CVJob"/>
    <w:pPr>
      <w:spacing w:after="0" w:line="280" w:lineRule="exact"/>
    </w:pPr>
    <w:rPr>
      <w:rFonts w:ascii="Space Mono" w:hAnsi="Space Mono"/>
      <w:b/>
      <w:color w:val="000000"/>
      <w:sz w:val="20"/>
    </w:rPr>
  </w:style>
  <w:style w:type="paragraph" w:customStyle="1" w:styleId="Small">
    <w:name w:val="Small"/>
    <w:pPr>
      <w:spacing w:after="120" w:line="240" w:lineRule="exact"/>
    </w:pPr>
    <w:rPr>
      <w:rFonts w:ascii="Space Mono" w:hAnsi="Space Mono"/>
      <w:color w:val="000000"/>
      <w:sz w:val="16"/>
    </w:rPr>
  </w:style>
  <w:style w:type="paragraph" w:customStyle="1" w:styleId="Bullet">
    <w:name w:val="Bullet"/>
    <w:pPr>
      <w:spacing w:after="100" w:line="280" w:lineRule="exact"/>
      <w:ind w:left="240" w:hanging="200"/>
    </w:pPr>
    <w:rPr>
      <w:rFonts w:ascii="Space Mono" w:hAnsi="Space Mono"/>
      <w:color w:val="000000"/>
      <w:sz w:val="18"/>
    </w:rPr>
  </w:style>
  <w:style w:type="paragraph" w:customStyle="1" w:styleId="CVHighlightTitle">
    <w:name w:val="CVHighlightTitle"/>
    <w:pPr>
      <w:keepNext/>
      <w:spacing w:after="0" w:line="240" w:lineRule="exact"/>
    </w:pPr>
    <w:rPr>
      <w:rFonts w:ascii="Space Mono" w:hAnsi="Space Mono"/>
      <w:b/>
      <w:color w:val="000000"/>
      <w:sz w:val="18"/>
    </w:rPr>
  </w:style>
  <w:style w:type="paragraph" w:customStyle="1" w:styleId="CVHighlightBody">
    <w:name w:val="CVHighlightBody"/>
    <w:pPr>
      <w:spacing w:after="60" w:line="240" w:lineRule="exact"/>
    </w:pPr>
    <w:rPr>
      <w:rFonts w:ascii="Space Mono" w:hAnsi="Space Mono"/>
      <w:color w:val="000000"/>
      <w:sz w:val="18"/>
    </w:rPr>
  </w:style>
  <w:style w:type="paragraph" w:customStyle="1" w:styleId="Label">
    <w:name w:val="Label"/>
    <w:pPr>
      <w:keepNext/>
      <w:spacing w:after="120" w:line="240" w:lineRule="exact"/>
    </w:pPr>
    <w:rPr>
      <w:rFonts w:ascii="Space Mono" w:hAnsi="Space Mono"/>
      <w:b/>
      <w:color w:val="000000"/>
      <w:sz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5B7AB3-294E-4195-A240-FBF81B89FF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11</Pages>
  <Words>3276</Words>
  <Characters>18019</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21253</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CV anonymisé et dossier de projets</dc:title>
  <dc:subject>Expérience compétences et réalisations</dc:subject>
  <dc:creator/>
  <cp:keywords/>
  <dc:description/>
  <cp:lastModifiedBy>user</cp:lastModifiedBy>
  <cp:revision>3</cp:revision>
  <dcterms:created xsi:type="dcterms:W3CDTF">2013-12-23T23:15:00Z</dcterms:created>
  <dcterms:modified xsi:type="dcterms:W3CDTF">2026-10-23T20:40:00Z</dcterms:modified>
  <cp:category/>
</cp:coreProperties>
</file>